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Yıllık Ücretli İzin Talep ve Onay Formu</w:t>
      </w:r>
    </w:p>
    <w:p>
      <w:r>
        <w:t>4857 sayılı İş Kanunu kapsamındaki genel örnek. İzin hakkı, gün hesabı ve onay işyerinin kayıtlarıyla doğrulanır.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vAlign w:val="center"/>
            <w:shd w:fill="E9EFF3"/>
          </w:tcPr>
          <w:p>
            <w:r>
              <w:rPr>
                <w:b/>
              </w:rPr>
              <w:t>Çalışan / sicil</w:t>
            </w:r>
          </w:p>
        </w:tc>
        <w:tc>
          <w:tcPr>
            <w:tcW w:type="dxa" w:w="4535"/>
            <w:vAlign w:val="center"/>
            <w:shd w:fill="E9EFF3"/>
          </w:tcPr>
          <w:p>
            <w:r>
              <w:rPr>
                <w:b/>
              </w:rPr>
              <w:t>İşveren / birim</w:t>
            </w:r>
          </w:p>
        </w:tc>
      </w:tr>
      <w:tr>
        <w:tc>
          <w:tcPr>
            <w:tcW w:type="dxa" w:w="4535"/>
            <w:vAlign w:val="center"/>
          </w:tcPr>
          <w:p>
            <w:r>
              <w:t>[AD SOYAD / SİCİL]</w:t>
            </w:r>
          </w:p>
        </w:tc>
        <w:tc>
          <w:tcPr>
            <w:tcW w:type="dxa" w:w="4535"/>
            <w:vAlign w:val="center"/>
          </w:tcPr>
          <w:p>
            <w:r>
              <w:t>[UNVAN / BİRİM]</w:t>
            </w:r>
          </w:p>
        </w:tc>
      </w:tr>
      <w:tr>
        <w:tc>
          <w:tcPr>
            <w:tcW w:type="dxa" w:w="4535"/>
            <w:vAlign w:val="center"/>
          </w:tcPr>
          <w:p>
            <w:r>
              <w:t>İşe giriş tarihi</w:t>
            </w:r>
          </w:p>
        </w:tc>
        <w:tc>
          <w:tcPr>
            <w:tcW w:type="dxa" w:w="4535"/>
            <w:vAlign w:val="center"/>
          </w:tcPr>
          <w:p>
            <w:r>
              <w:t>İzin hakkı yılı / hak ediş tarihi</w:t>
            </w:r>
          </w:p>
        </w:tc>
      </w:tr>
      <w:tr>
        <w:tc>
          <w:tcPr>
            <w:tcW w:type="dxa" w:w="4535"/>
            <w:vAlign w:val="center"/>
          </w:tcPr>
          <w:p>
            <w:r>
              <w:t>[GG.AA.YYYY]</w:t>
            </w:r>
          </w:p>
        </w:tc>
        <w:tc>
          <w:tcPr>
            <w:tcW w:type="dxa" w:w="4535"/>
            <w:vAlign w:val="center"/>
          </w:tcPr>
          <w:p>
            <w:r>
              <w:t>[YIL / GG.AA.YYYY]</w:t>
            </w:r>
          </w:p>
        </w:tc>
      </w:tr>
    </w:tbl>
    <w:p/>
    <w:p>
      <w:pPr>
        <w:pStyle w:val="Heading2"/>
      </w:pPr>
      <w:r>
        <w:t>Talep edilen dönem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005"/>
            <w:vAlign w:val="center"/>
            <w:shd w:fill="E9EFF3"/>
          </w:tcPr>
          <w:p>
            <w:r>
              <w:rPr>
                <w:b/>
              </w:rPr>
              <w:t>İzin başlangıcı</w:t>
            </w:r>
          </w:p>
        </w:tc>
        <w:tc>
          <w:tcPr>
            <w:tcW w:type="dxa" w:w="3005"/>
            <w:vAlign w:val="center"/>
            <w:shd w:fill="E9EFF3"/>
          </w:tcPr>
          <w:p>
            <w:r>
              <w:rPr>
                <w:b/>
              </w:rPr>
              <w:t>İzin bitişi</w:t>
            </w:r>
          </w:p>
        </w:tc>
        <w:tc>
          <w:tcPr>
            <w:tcW w:type="dxa" w:w="3005"/>
            <w:vAlign w:val="center"/>
            <w:shd w:fill="E9EFF3"/>
          </w:tcPr>
          <w:p>
            <w:r>
              <w:rPr>
                <w:b/>
              </w:rPr>
              <w:t>İşbaşı tarihi</w:t>
            </w:r>
          </w:p>
        </w:tc>
      </w:tr>
      <w:tr>
        <w:tc>
          <w:tcPr>
            <w:tcW w:type="dxa" w:w="3005"/>
            <w:vAlign w:val="center"/>
          </w:tcPr>
          <w:p>
            <w:r>
              <w:t>[GG.AA.YYYY]</w:t>
            </w:r>
          </w:p>
        </w:tc>
        <w:tc>
          <w:tcPr>
            <w:tcW w:type="dxa" w:w="3005"/>
            <w:vAlign w:val="center"/>
          </w:tcPr>
          <w:p>
            <w:r>
              <w:t>[GG.AA.YYYY]</w:t>
            </w:r>
          </w:p>
        </w:tc>
        <w:tc>
          <w:tcPr>
            <w:tcW w:type="dxa" w:w="3005"/>
            <w:vAlign w:val="center"/>
          </w:tcPr>
          <w:p>
            <w:r>
              <w:t>[GG.AA.YYYY]</w:t>
            </w:r>
          </w:p>
        </w:tc>
      </w:tr>
      <w:tr>
        <w:tc>
          <w:tcPr>
            <w:tcW w:type="dxa" w:w="3005"/>
            <w:vAlign w:val="center"/>
          </w:tcPr>
          <w:p>
            <w:r>
              <w:t>Takvim günü</w:t>
            </w:r>
          </w:p>
        </w:tc>
        <w:tc>
          <w:tcPr>
            <w:tcW w:type="dxa" w:w="3005"/>
            <w:vAlign w:val="center"/>
          </w:tcPr>
          <w:p>
            <w:r>
              <w:t>Düşülecek tatil günü</w:t>
            </w:r>
          </w:p>
        </w:tc>
        <w:tc>
          <w:tcPr>
            <w:tcW w:type="dxa" w:w="3005"/>
            <w:vAlign w:val="center"/>
          </w:tcPr>
          <w:p>
            <w:r>
              <w:t>Talep edilen yıllık izin günü</w:t>
            </w:r>
          </w:p>
        </w:tc>
      </w:tr>
      <w:tr>
        <w:tc>
          <w:tcPr>
            <w:tcW w:type="dxa" w:w="3005"/>
            <w:vAlign w:val="center"/>
          </w:tcPr>
          <w:p>
            <w:r>
              <w:t>[SAYI]</w:t>
            </w:r>
          </w:p>
        </w:tc>
        <w:tc>
          <w:tcPr>
            <w:tcW w:type="dxa" w:w="3005"/>
            <w:vAlign w:val="center"/>
          </w:tcPr>
          <w:p>
            <w:r>
              <w:t>[SAYI / TARİHLER]</w:t>
            </w:r>
          </w:p>
        </w:tc>
        <w:tc>
          <w:tcPr>
            <w:tcW w:type="dxa" w:w="3005"/>
            <w:vAlign w:val="center"/>
          </w:tcPr>
          <w:p>
            <w:r>
              <w:t>[SAYI]</w:t>
            </w:r>
          </w:p>
        </w:tc>
      </w:tr>
    </w:tbl>
    <w:p/>
    <w:p>
      <w:r>
        <w:t>Gün hesabı: Talep edilen dönem içindeki ulusal bayram, hafta tatili ve genel tatil günleri yıllık izin süresinden sayılmaz. Somut takvim ve işyeri düzeniyle hesaplayın. Başka ücretli/ücretsiz izin veya hastalık iznini otomatik olarak yıllık izinden düşmeyin.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082"/>
            <w:vAlign w:val="center"/>
            <w:shd w:fill="E9EFF3"/>
          </w:tcPr>
          <w:p>
            <w:r>
              <w:rPr>
                <w:b/>
              </w:rPr>
              <w:t>Kayıt alanı</w:t>
            </w:r>
          </w:p>
        </w:tc>
        <w:tc>
          <w:tcPr>
            <w:tcW w:type="dxa" w:w="4989"/>
            <w:vAlign w:val="center"/>
            <w:shd w:fill="E9EFF3"/>
          </w:tcPr>
          <w:p>
            <w:r>
              <w:rPr>
                <w:b/>
              </w:rPr>
              <w:t>Tutar / gün / açıklama</w:t>
            </w:r>
          </w:p>
        </w:tc>
      </w:tr>
      <w:tr>
        <w:tc>
          <w:tcPr>
            <w:tcW w:type="dxa" w:w="4082"/>
            <w:vAlign w:val="center"/>
          </w:tcPr>
          <w:p>
            <w:r>
              <w:t>İzin öncesi kayıtlı bakiye</w:t>
            </w:r>
          </w:p>
        </w:tc>
        <w:tc>
          <w:tcPr>
            <w:tcW w:type="dxa" w:w="4989"/>
            <w:vAlign w:val="center"/>
          </w:tcPr>
          <w:p>
            <w:r>
              <w:t>[GÜN / KAYIT TARİHİ]</w:t>
            </w:r>
          </w:p>
        </w:tc>
      </w:tr>
      <w:tr>
        <w:tc>
          <w:tcPr>
            <w:tcW w:type="dxa" w:w="4082"/>
            <w:vAlign w:val="center"/>
          </w:tcPr>
          <w:p>
            <w:r>
              <w:t>Bu formda onaylanan izin</w:t>
            </w:r>
          </w:p>
        </w:tc>
        <w:tc>
          <w:tcPr>
            <w:tcW w:type="dxa" w:w="4989"/>
            <w:vAlign w:val="center"/>
          </w:tcPr>
          <w:p>
            <w:r>
              <w:t>[GÜN]</w:t>
            </w:r>
          </w:p>
        </w:tc>
      </w:tr>
      <w:tr>
        <w:tc>
          <w:tcPr>
            <w:tcW w:type="dxa" w:w="4082"/>
            <w:vAlign w:val="center"/>
          </w:tcPr>
          <w:p>
            <w:r>
              <w:t>Kalan bakiye (İK teyidi)</w:t>
            </w:r>
          </w:p>
        </w:tc>
        <w:tc>
          <w:tcPr>
            <w:tcW w:type="dxa" w:w="4989"/>
            <w:vAlign w:val="center"/>
          </w:tcPr>
          <w:p>
            <w:r>
              <w:t>[GÜN / TEYİT TARİHİ]</w:t>
            </w:r>
          </w:p>
        </w:tc>
      </w:tr>
      <w:tr>
        <w:tc>
          <w:tcPr>
            <w:tcW w:type="dxa" w:w="4082"/>
            <w:vAlign w:val="center"/>
          </w:tcPr>
          <w:p>
            <w:r>
              <w:t>Ücretsiz yol izni talebi (varsa)</w:t>
            </w:r>
          </w:p>
        </w:tc>
        <w:tc>
          <w:tcPr>
            <w:tcW w:type="dxa" w:w="4989"/>
            <w:vAlign w:val="center"/>
          </w:tcPr>
          <w:p>
            <w:r>
              <w:t>[YOK / GÜN / DAYANAK]</w:t>
            </w:r>
          </w:p>
        </w:tc>
      </w:tr>
    </w:tbl>
    <w:p/>
    <w:p>
      <w:pPr>
        <w:pStyle w:val="Heading2"/>
      </w:pPr>
      <w:r>
        <w:t>Karar ve teslim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vAlign w:val="center"/>
            <w:shd w:fill="E9EFF3"/>
          </w:tcPr>
          <w:p>
            <w:r>
              <w:rPr>
                <w:b/>
              </w:rPr>
              <w:t>İşveren kararı</w:t>
            </w:r>
          </w:p>
        </w:tc>
        <w:tc>
          <w:tcPr>
            <w:tcW w:type="dxa" w:w="4535"/>
            <w:vAlign w:val="center"/>
            <w:shd w:fill="E9EFF3"/>
          </w:tcPr>
          <w:p>
            <w:r>
              <w:rPr>
                <w:b/>
              </w:rPr>
              <w:t>Gerekçe / değişiklik / bildirim tarihi</w:t>
            </w:r>
          </w:p>
        </w:tc>
      </w:tr>
      <w:tr>
        <w:tc>
          <w:tcPr>
            <w:tcW w:type="dxa" w:w="4535"/>
            <w:vAlign w:val="center"/>
          </w:tcPr>
          <w:p>
            <w:r>
              <w:t>[ONAY / DEĞİŞİKLİK ÖNERİSİ / RET]</w:t>
            </w:r>
          </w:p>
        </w:tc>
        <w:tc>
          <w:tcPr>
            <w:tcW w:type="dxa" w:w="4535"/>
            <w:vAlign w:val="center"/>
          </w:tcPr>
          <w:p>
            <w:r>
              <w:t>[AÇIKLAMA / GG.AA.YYYY]</w:t>
            </w:r>
          </w:p>
        </w:tc>
      </w:tr>
      <w:tr>
        <w:tc>
          <w:tcPr>
            <w:tcW w:type="dxa" w:w="4535"/>
            <w:vAlign w:val="center"/>
          </w:tcPr>
          <w:p>
            <w:r>
              <w:t>Çalışan talep imzası / tarih</w:t>
            </w:r>
          </w:p>
        </w:tc>
        <w:tc>
          <w:tcPr>
            <w:tcW w:type="dxa" w:w="4535"/>
            <w:vAlign w:val="center"/>
          </w:tcPr>
          <w:p>
            <w:r>
              <w:t>Yetkili karar imzası / tarih</w:t>
            </w:r>
          </w:p>
        </w:tc>
      </w:tr>
      <w:tr>
        <w:tc>
          <w:tcPr>
            <w:tcW w:type="dxa" w:w="4535"/>
            <w:vAlign w:val="center"/>
          </w:tcPr>
          <w:p>
            <w:r>
              <w:t>[İMZA / GG.AA.YYYY]</w:t>
            </w:r>
          </w:p>
        </w:tc>
        <w:tc>
          <w:tcPr>
            <w:tcW w:type="dxa" w:w="4535"/>
            <w:vAlign w:val="center"/>
          </w:tcPr>
          <w:p>
            <w:r>
              <w:t>[İMZA / GG.AA.YYYY]</w:t>
            </w:r>
          </w:p>
        </w:tc>
      </w:tr>
    </w:tbl>
    <w:p/>
    <w:p>
      <w:r>
        <w:t>İmza, kullanılmayan izinlerden feragat veya geçmiş tüm izinlerin fiilen kullanıldığının kabulü anlamına gelmez. İşverenin yıllık izin kayıt belgesi yükümlülüğü ayrıca sürer.</w:t>
      </w:r>
    </w:p>
    <w:p>
      <w:r>
        <w:rPr>
          <w:b/>
        </w:rPr>
        <w:t xml:space="preserve">Kaynak ve kullanım sınırı: </w:t>
      </w:r>
      <w:r>
        <w:t>4857 sayılı İş Kanunu m.53–56 ve Yıllık Ücretli İzin Yönetmeliği m.7–9, 19–20. Bu örnek resmî form değildir; statüye göre özel hükümleri ve güncel metni kontrol edin. Kaynak kontrolü: 5 Ekim 2026.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