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Yıllık ücretli izin takip çizelgesi</w:t>
      </w:r>
    </w:p>
    <w:p>
      <w:r>
        <w:t>İşverenin yıllık izin kayıtlarıyla karşılaştırılması için düzenlenebilir çalışma örneği</w:t>
      </w:r>
    </w:p>
    <w:p>
      <w:r>
        <w:t>İşyeri / birim: [AD]     Çalışan / sicil: [AD / NO]     İşe giriş: [GG/AA/YYYY]</w:t>
      </w:r>
    </w:p>
    <w:p>
      <w:r>
        <w:t>İzin hakkı kazanma tarihi: [GG/AA/YYYY]     Kayıt yılı: [YYYY]</w:t>
      </w:r>
    </w:p>
    <w:p>
      <w:pPr>
        <w:pStyle w:val="Heading2"/>
      </w:pPr>
      <w:r>
        <w:t>Dönem özeti</w:t>
      </w:r>
    </w:p>
    <w:tbl>
      <w:tblPr>
        <w:tblStyle w:val="TableGrid"/>
        <w:tblW w:type="auto" w:w="0"/>
        <w:jc w:val="center"/>
        <w:tblLook w:firstColumn="1" w:firstRow="1" w:lastColumn="0" w:lastRow="0" w:noHBand="0" w:noVBand="1" w:val="04A0"/>
      </w:tblPr>
      <w:tblGrid>
        <w:gridCol w:w="2606"/>
        <w:gridCol w:w="2606"/>
        <w:gridCol w:w="2606"/>
        <w:gridCol w:w="2606"/>
      </w:tblGrid>
      <w:tr>
        <w:tc>
          <w:tcPr>
            <w:tcW w:type="dxa" w:w="2606"/>
          </w:tcPr>
          <w:p>
            <w:r>
              <w:rPr>
                <w:sz w:val="15"/>
              </w:rPr>
              <w:t>Önceki kayıt devri</w:t>
            </w:r>
          </w:p>
        </w:tc>
        <w:tc>
          <w:tcPr>
            <w:tcW w:type="dxa" w:w="2606"/>
          </w:tcPr>
          <w:p>
            <w:r>
              <w:rPr>
                <w:sz w:val="15"/>
              </w:rPr>
              <w:t>Bu dönem hak edişi</w:t>
            </w:r>
          </w:p>
        </w:tc>
        <w:tc>
          <w:tcPr>
            <w:tcW w:type="dxa" w:w="2606"/>
          </w:tcPr>
          <w:p>
            <w:r>
              <w:rPr>
                <w:sz w:val="15"/>
              </w:rPr>
              <w:t>Fiilen kullanılan</w:t>
            </w:r>
          </w:p>
        </w:tc>
        <w:tc>
          <w:tcPr>
            <w:tcW w:type="dxa" w:w="2606"/>
          </w:tcPr>
          <w:p>
            <w:r>
              <w:rPr>
                <w:sz w:val="15"/>
              </w:rPr>
              <w:t>Kayıtlara göre kalan</w:t>
            </w:r>
          </w:p>
        </w:tc>
      </w:tr>
      <w:tr>
        <w:tc>
          <w:tcPr>
            <w:tcW w:type="dxa" w:w="2606"/>
          </w:tcPr>
          <w:p>
            <w:r>
              <w:rPr>
                <w:sz w:val="15"/>
              </w:rPr>
              <w:t>[GÜN / DAYANAK]</w:t>
            </w:r>
          </w:p>
        </w:tc>
        <w:tc>
          <w:tcPr>
            <w:tcW w:type="dxa" w:w="2606"/>
          </w:tcPr>
          <w:p>
            <w:r>
              <w:rPr>
                <w:sz w:val="15"/>
              </w:rPr>
              <w:t>[GÜN / TARİH]</w:t>
            </w:r>
          </w:p>
        </w:tc>
        <w:tc>
          <w:tcPr>
            <w:tcW w:type="dxa" w:w="2606"/>
          </w:tcPr>
          <w:p>
            <w:r>
              <w:rPr>
                <w:sz w:val="15"/>
              </w:rPr>
              <w:t>[GÜN]</w:t>
            </w:r>
          </w:p>
        </w:tc>
        <w:tc>
          <w:tcPr>
            <w:tcW w:type="dxa" w:w="2606"/>
          </w:tcPr>
          <w:p>
            <w:r>
              <w:rPr>
                <w:sz w:val="15"/>
              </w:rPr>
              <w:t>[GÜN]</w:t>
            </w:r>
          </w:p>
        </w:tc>
      </w:tr>
    </w:tbl>
    <w:p>
      <w:r>
        <w:t>Özet tutarlarını personel dosyasındaki önceki izin kayıtları ve onay belgeleriyle doğrulayın; çizelge tek başına hak ediş hesabı oluşturmaz.</w:t>
      </w:r>
    </w:p>
    <w:p>
      <w:pPr>
        <w:pStyle w:val="Heading2"/>
      </w:pPr>
      <w:r>
        <w:t>İzin dönemleri</w:t>
      </w:r>
    </w:p>
    <w:tbl>
      <w:tblPr>
        <w:tblStyle w:val="TableGrid"/>
        <w:tblW w:type="auto" w:w="0"/>
        <w:jc w:val="center"/>
        <w:tblLook w:firstColumn="1" w:firstRow="1" w:lastColumn="0" w:lastRow="0" w:noHBand="0" w:noVBand="1" w:val="04A0"/>
      </w:tblPr>
      <w:tblGrid>
        <w:gridCol w:w="1738"/>
        <w:gridCol w:w="1738"/>
        <w:gridCol w:w="1738"/>
        <w:gridCol w:w="1738"/>
        <w:gridCol w:w="1738"/>
        <w:gridCol w:w="1738"/>
      </w:tblGrid>
      <w:tr>
        <w:tc>
          <w:tcPr>
            <w:tcW w:type="dxa" w:w="1738"/>
          </w:tcPr>
          <w:p>
            <w:r>
              <w:rPr>
                <w:sz w:val="15"/>
              </w:rPr>
              <w:t>İzin başlangıcı</w:t>
            </w:r>
          </w:p>
        </w:tc>
        <w:tc>
          <w:tcPr>
            <w:tcW w:type="dxa" w:w="1738"/>
          </w:tcPr>
          <w:p>
            <w:r>
              <w:rPr>
                <w:sz w:val="15"/>
              </w:rPr>
              <w:t>İzin bitişi</w:t>
            </w:r>
          </w:p>
        </w:tc>
        <w:tc>
          <w:tcPr>
            <w:tcW w:type="dxa" w:w="1738"/>
          </w:tcPr>
          <w:p>
            <w:r>
              <w:rPr>
                <w:sz w:val="15"/>
              </w:rPr>
              <w:t>İşbaşı</w:t>
            </w:r>
          </w:p>
        </w:tc>
        <w:tc>
          <w:tcPr>
            <w:tcW w:type="dxa" w:w="1738"/>
          </w:tcPr>
          <w:p>
            <w:r>
              <w:rPr>
                <w:sz w:val="15"/>
              </w:rPr>
              <w:t>Hesaplanan gün</w:t>
            </w:r>
          </w:p>
        </w:tc>
        <w:tc>
          <w:tcPr>
            <w:tcW w:type="dxa" w:w="1738"/>
          </w:tcPr>
          <w:p>
            <w:r>
              <w:rPr>
                <w:sz w:val="15"/>
              </w:rPr>
              <w:t>Onay / kayıt no</w:t>
            </w:r>
          </w:p>
        </w:tc>
        <w:tc>
          <w:tcPr>
            <w:tcW w:type="dxa" w:w="1738"/>
          </w:tcPr>
          <w:p>
            <w:r>
              <w:rPr>
                <w:sz w:val="15"/>
              </w:rPr>
              <w:t>Fiilî kullanım / çekince</w:t>
            </w:r>
          </w:p>
        </w:tc>
      </w:tr>
      <w:tr>
        <w:tc>
          <w:tcPr>
            <w:tcW w:type="dxa" w:w="1738"/>
          </w:tcPr>
          <w:p>
            <w:r>
              <w:rPr>
                <w:sz w:val="15"/>
              </w:rPr>
              <w:t>[GG/AA/YYYY]</w:t>
            </w:r>
          </w:p>
        </w:tc>
        <w:tc>
          <w:tcPr>
            <w:tcW w:type="dxa" w:w="1738"/>
          </w:tcPr>
          <w:p>
            <w:r>
              <w:rPr>
                <w:sz w:val="15"/>
              </w:rPr>
              <w:t>[GG/AA/YYYY]</w:t>
            </w:r>
          </w:p>
        </w:tc>
        <w:tc>
          <w:tcPr>
            <w:tcW w:type="dxa" w:w="1738"/>
          </w:tcPr>
          <w:p>
            <w:r>
              <w:rPr>
                <w:sz w:val="15"/>
              </w:rPr>
              <w:t>[GG/AA/YYYY]</w:t>
            </w:r>
          </w:p>
        </w:tc>
        <w:tc>
          <w:tcPr>
            <w:tcW w:type="dxa" w:w="1738"/>
          </w:tcPr>
          <w:p>
            <w:r>
              <w:rPr>
                <w:sz w:val="15"/>
              </w:rPr>
              <w:t>[GÜN]</w:t>
            </w:r>
          </w:p>
        </w:tc>
        <w:tc>
          <w:tcPr>
            <w:tcW w:type="dxa" w:w="1738"/>
          </w:tcPr>
          <w:p>
            <w:r>
              <w:rPr>
                <w:sz w:val="15"/>
              </w:rPr>
              <w:t>[NO / TARİH]</w:t>
            </w:r>
          </w:p>
        </w:tc>
        <w:tc>
          <w:tcPr>
            <w:tcW w:type="dxa" w:w="1738"/>
          </w:tcPr>
          <w:p>
            <w:r>
              <w:rPr>
                <w:sz w:val="15"/>
              </w:rPr>
              <w:t>[KULLANILDI / NOT]</w:t>
            </w:r>
          </w:p>
        </w:tc>
      </w:tr>
      <w:tr>
        <w:tc>
          <w:tcPr>
            <w:tcW w:type="dxa" w:w="1738"/>
          </w:tcPr>
          <w:p>
            <w:r>
              <w:rPr>
                <w:sz w:val="15"/>
              </w:rPr>
              <w:t>[GG/AA/YYYY]</w:t>
            </w:r>
          </w:p>
        </w:tc>
        <w:tc>
          <w:tcPr>
            <w:tcW w:type="dxa" w:w="1738"/>
          </w:tcPr>
          <w:p>
            <w:r>
              <w:rPr>
                <w:sz w:val="15"/>
              </w:rPr>
              <w:t>[GG/AA/YYYY]</w:t>
            </w:r>
          </w:p>
        </w:tc>
        <w:tc>
          <w:tcPr>
            <w:tcW w:type="dxa" w:w="1738"/>
          </w:tcPr>
          <w:p>
            <w:r>
              <w:rPr>
                <w:sz w:val="15"/>
              </w:rPr>
              <w:t>[GG/AA/YYYY]</w:t>
            </w:r>
          </w:p>
        </w:tc>
        <w:tc>
          <w:tcPr>
            <w:tcW w:type="dxa" w:w="1738"/>
          </w:tcPr>
          <w:p>
            <w:r>
              <w:rPr>
                <w:sz w:val="15"/>
              </w:rPr>
              <w:t>[GÜN]</w:t>
            </w:r>
          </w:p>
        </w:tc>
        <w:tc>
          <w:tcPr>
            <w:tcW w:type="dxa" w:w="1738"/>
          </w:tcPr>
          <w:p>
            <w:r>
              <w:rPr>
                <w:sz w:val="15"/>
              </w:rPr>
              <w:t>[NO / TARİH]</w:t>
            </w:r>
          </w:p>
        </w:tc>
        <w:tc>
          <w:tcPr>
            <w:tcW w:type="dxa" w:w="1738"/>
          </w:tcPr>
          <w:p>
            <w:r>
              <w:rPr>
                <w:sz w:val="15"/>
              </w:rPr>
              <w:t>[KULLANILDI / NOT]</w:t>
            </w:r>
          </w:p>
        </w:tc>
      </w:tr>
      <w:tr>
        <w:tc>
          <w:tcPr>
            <w:tcW w:type="dxa" w:w="1738"/>
          </w:tcPr>
          <w:p>
            <w:r>
              <w:rPr>
                <w:sz w:val="15"/>
              </w:rPr>
              <w:t>[GG/AA/YYYY]</w:t>
            </w:r>
          </w:p>
        </w:tc>
        <w:tc>
          <w:tcPr>
            <w:tcW w:type="dxa" w:w="1738"/>
          </w:tcPr>
          <w:p>
            <w:r>
              <w:rPr>
                <w:sz w:val="15"/>
              </w:rPr>
              <w:t>[GG/AA/YYYY]</w:t>
            </w:r>
          </w:p>
        </w:tc>
        <w:tc>
          <w:tcPr>
            <w:tcW w:type="dxa" w:w="1738"/>
          </w:tcPr>
          <w:p>
            <w:r>
              <w:rPr>
                <w:sz w:val="15"/>
              </w:rPr>
              <w:t>[GG/AA/YYYY]</w:t>
            </w:r>
          </w:p>
        </w:tc>
        <w:tc>
          <w:tcPr>
            <w:tcW w:type="dxa" w:w="1738"/>
          </w:tcPr>
          <w:p>
            <w:r>
              <w:rPr>
                <w:sz w:val="15"/>
              </w:rPr>
              <w:t>[GÜN]</w:t>
            </w:r>
          </w:p>
        </w:tc>
        <w:tc>
          <w:tcPr>
            <w:tcW w:type="dxa" w:w="1738"/>
          </w:tcPr>
          <w:p>
            <w:r>
              <w:rPr>
                <w:sz w:val="15"/>
              </w:rPr>
              <w:t>[NO / TARİH]</w:t>
            </w:r>
          </w:p>
        </w:tc>
        <w:tc>
          <w:tcPr>
            <w:tcW w:type="dxa" w:w="1738"/>
          </w:tcPr>
          <w:p>
            <w:r>
              <w:rPr>
                <w:sz w:val="15"/>
              </w:rPr>
              <w:t>[KULLANILDI / NOT]</w:t>
            </w:r>
          </w:p>
        </w:tc>
      </w:tr>
      <w:tr>
        <w:tc>
          <w:tcPr>
            <w:tcW w:type="dxa" w:w="1738"/>
          </w:tcPr>
          <w:p>
            <w:r>
              <w:rPr>
                <w:sz w:val="15"/>
              </w:rPr>
              <w:t>[GG/AA/YYYY]</w:t>
            </w:r>
          </w:p>
        </w:tc>
        <w:tc>
          <w:tcPr>
            <w:tcW w:type="dxa" w:w="1738"/>
          </w:tcPr>
          <w:p>
            <w:r>
              <w:rPr>
                <w:sz w:val="15"/>
              </w:rPr>
              <w:t>[GG/AA/YYYY]</w:t>
            </w:r>
          </w:p>
        </w:tc>
        <w:tc>
          <w:tcPr>
            <w:tcW w:type="dxa" w:w="1738"/>
          </w:tcPr>
          <w:p>
            <w:r>
              <w:rPr>
                <w:sz w:val="15"/>
              </w:rPr>
              <w:t>[GG/AA/YYYY]</w:t>
            </w:r>
          </w:p>
        </w:tc>
        <w:tc>
          <w:tcPr>
            <w:tcW w:type="dxa" w:w="1738"/>
          </w:tcPr>
          <w:p>
            <w:r>
              <w:rPr>
                <w:sz w:val="15"/>
              </w:rPr>
              <w:t>[GÜN]</w:t>
            </w:r>
          </w:p>
        </w:tc>
        <w:tc>
          <w:tcPr>
            <w:tcW w:type="dxa" w:w="1738"/>
          </w:tcPr>
          <w:p>
            <w:r>
              <w:rPr>
                <w:sz w:val="15"/>
              </w:rPr>
              <w:t>[NO / TARİH]</w:t>
            </w:r>
          </w:p>
        </w:tc>
        <w:tc>
          <w:tcPr>
            <w:tcW w:type="dxa" w:w="1738"/>
          </w:tcPr>
          <w:p>
            <w:r>
              <w:rPr>
                <w:sz w:val="15"/>
              </w:rPr>
              <w:t>[KULLANILDI / NOT]</w:t>
            </w:r>
          </w:p>
        </w:tc>
      </w:tr>
      <w:tr>
        <w:tc>
          <w:tcPr>
            <w:tcW w:type="dxa" w:w="1738"/>
          </w:tcPr>
          <w:p>
            <w:r>
              <w:rPr>
                <w:sz w:val="15"/>
              </w:rPr>
              <w:t>[GG/AA/YYYY]</w:t>
            </w:r>
          </w:p>
        </w:tc>
        <w:tc>
          <w:tcPr>
            <w:tcW w:type="dxa" w:w="1738"/>
          </w:tcPr>
          <w:p>
            <w:r>
              <w:rPr>
                <w:sz w:val="15"/>
              </w:rPr>
              <w:t>[GG/AA/YYYY]</w:t>
            </w:r>
          </w:p>
        </w:tc>
        <w:tc>
          <w:tcPr>
            <w:tcW w:type="dxa" w:w="1738"/>
          </w:tcPr>
          <w:p>
            <w:r>
              <w:rPr>
                <w:sz w:val="15"/>
              </w:rPr>
              <w:t>[GG/AA/YYYY]</w:t>
            </w:r>
          </w:p>
        </w:tc>
        <w:tc>
          <w:tcPr>
            <w:tcW w:type="dxa" w:w="1738"/>
          </w:tcPr>
          <w:p>
            <w:r>
              <w:rPr>
                <w:sz w:val="15"/>
              </w:rPr>
              <w:t>[GÜN]</w:t>
            </w:r>
          </w:p>
        </w:tc>
        <w:tc>
          <w:tcPr>
            <w:tcW w:type="dxa" w:w="1738"/>
          </w:tcPr>
          <w:p>
            <w:r>
              <w:rPr>
                <w:sz w:val="15"/>
              </w:rPr>
              <w:t>[NO / TARİH]</w:t>
            </w:r>
          </w:p>
        </w:tc>
        <w:tc>
          <w:tcPr>
            <w:tcW w:type="dxa" w:w="1738"/>
          </w:tcPr>
          <w:p>
            <w:r>
              <w:rPr>
                <w:sz w:val="15"/>
              </w:rPr>
              <w:t>[KULLANILDI / NOT]</w:t>
            </w:r>
          </w:p>
        </w:tc>
      </w:tr>
      <w:tr>
        <w:tc>
          <w:tcPr>
            <w:tcW w:type="dxa" w:w="1738"/>
          </w:tcPr>
          <w:p>
            <w:r>
              <w:rPr>
                <w:sz w:val="15"/>
              </w:rPr>
              <w:t>[GG/AA/YYYY]</w:t>
            </w:r>
          </w:p>
        </w:tc>
        <w:tc>
          <w:tcPr>
            <w:tcW w:type="dxa" w:w="1738"/>
          </w:tcPr>
          <w:p>
            <w:r>
              <w:rPr>
                <w:sz w:val="15"/>
              </w:rPr>
              <w:t>[GG/AA/YYYY]</w:t>
            </w:r>
          </w:p>
        </w:tc>
        <w:tc>
          <w:tcPr>
            <w:tcW w:type="dxa" w:w="1738"/>
          </w:tcPr>
          <w:p>
            <w:r>
              <w:rPr>
                <w:sz w:val="15"/>
              </w:rPr>
              <w:t>[GG/AA/YYYY]</w:t>
            </w:r>
          </w:p>
        </w:tc>
        <w:tc>
          <w:tcPr>
            <w:tcW w:type="dxa" w:w="1738"/>
          </w:tcPr>
          <w:p>
            <w:r>
              <w:rPr>
                <w:sz w:val="15"/>
              </w:rPr>
              <w:t>[GÜN]</w:t>
            </w:r>
          </w:p>
        </w:tc>
        <w:tc>
          <w:tcPr>
            <w:tcW w:type="dxa" w:w="1738"/>
          </w:tcPr>
          <w:p>
            <w:r>
              <w:rPr>
                <w:sz w:val="15"/>
              </w:rPr>
              <w:t>[NO / TARİH]</w:t>
            </w:r>
          </w:p>
        </w:tc>
        <w:tc>
          <w:tcPr>
            <w:tcW w:type="dxa" w:w="1738"/>
          </w:tcPr>
          <w:p>
            <w:r>
              <w:rPr>
                <w:sz w:val="15"/>
              </w:rPr>
              <w:t>[KULLANILDI / NOT]</w:t>
            </w:r>
          </w:p>
        </w:tc>
      </w:tr>
    </w:tbl>
    <w:p>
      <w:r>
        <w:t>Daha fazla izin dönemi için tablo satırlarını çoğaltın. Hafta tatili, ulusal bayram ve genel tatil günlerinin hesaba etkisini somut takvim ve yürürlükteki kuralla ayrıca kontrol edin.</w:t>
      </w:r>
    </w:p>
    <w:p>
      <w:pPr>
        <w:pStyle w:val="Heading2"/>
      </w:pPr>
      <w:r>
        <w:t>Mutabakat ve kullanım sınırı</w:t>
      </w:r>
    </w:p>
    <w:p>
      <w:r>
        <w:t>Çalışanın kayıt açıklaması veya itirazı: [YOK / SOMUT AÇIKLAMA]</w:t>
      </w:r>
    </w:p>
    <w:p>
      <w:r>
        <w:t>Kaydı hazırlayan: [AD / TARİH / İMZA]     Çalışanın kayıt teyidi / çekincesi: [AD / TARİH / İMZA]</w:t>
      </w:r>
    </w:p>
    <w:p>
      <w:r>
        <w:t>Bu örnek, Yıllık Ücretli İzin Yönetmeliği ekindeki yıllık izin kayıt belgesi ve işyerinin zorunlu kayıt usulü yerine otomatik olarak geçmez. Fiilî kullanılmayan izni kullanılmış göstermeyin. İmza, kanuni izin hakkından feragat veya genel ibra anlamına gelmez.</w:t>
      </w:r>
    </w:p>
    <w:sectPr w:rsidR="00FC693F" w:rsidRPr="0006063C" w:rsidSect="00034616">
      <w:pgSz w:w="12240" w:h="15840"/>
      <w:pgMar w:top="879" w:right="907" w:bottom="879"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