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Vardiya Çizelgesi ve Tebliğ Kaydı</w:t>
      </w:r>
    </w:p>
    <w:p>
      <w:r>
        <w:t>İşveren/birim: [ ]   Çalışan: [ ]   Dönem ve çizelge sürümü: [TARİH-NO]. Değişiklikte yeni sürüm ayrı bildirilir.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Gün / tarih</w:t>
            </w:r>
          </w:p>
        </w:tc>
        <w:tc>
          <w:tcPr>
            <w:tcW w:type="dxa" w:w="2550"/>
          </w:tcPr>
          <w:p>
            <w:r>
              <w:t>Başlangıç-bitiş</w:t>
            </w:r>
          </w:p>
        </w:tc>
        <w:tc>
          <w:tcPr>
            <w:tcW w:type="dxa" w:w="2550"/>
          </w:tcPr>
          <w:p>
            <w:r>
              <w:t>Ara dinlenmesi / net süre</w:t>
            </w:r>
          </w:p>
        </w:tc>
        <w:tc>
          <w:tcPr>
            <w:tcW w:type="dxa" w:w="2550"/>
          </w:tcPr>
          <w:p>
            <w:r>
              <w:t>Hafta tatili / değişiklik no</w:t>
            </w:r>
          </w:p>
        </w:tc>
      </w:tr>
      <w:tr>
        <w:tc>
          <w:tcPr>
            <w:tcW w:type="dxa" w:w="2550"/>
          </w:tcPr>
          <w:p>
            <w:r>
              <w:t>[GÜN/TARİH]</w:t>
            </w:r>
          </w:p>
        </w:tc>
        <w:tc>
          <w:tcPr>
            <w:tcW w:type="dxa" w:w="2550"/>
          </w:tcPr>
          <w:p>
            <w:r>
              <w:t>[SAAT-SAAT]</w:t>
            </w:r>
          </w:p>
        </w:tc>
        <w:tc>
          <w:tcPr>
            <w:tcW w:type="dxa" w:w="2550"/>
          </w:tcPr>
          <w:p>
            <w:r>
              <w:t>[SAAT/NET]</w:t>
            </w:r>
          </w:p>
        </w:tc>
        <w:tc>
          <w:tcPr>
            <w:tcW w:type="dxa" w:w="2550"/>
          </w:tcPr>
          <w:p>
            <w:r>
              <w:t>[TATİL/NO]</w:t>
            </w:r>
          </w:p>
        </w:tc>
      </w:tr>
      <w:tr>
        <w:tc>
          <w:tcPr>
            <w:tcW w:type="dxa" w:w="2550"/>
          </w:tcPr>
          <w:p>
            <w:r>
              <w:t>[GÜN/TARİH]</w:t>
            </w:r>
          </w:p>
        </w:tc>
        <w:tc>
          <w:tcPr>
            <w:tcW w:type="dxa" w:w="2550"/>
          </w:tcPr>
          <w:p>
            <w:r>
              <w:t>[SAAT-SAAT]</w:t>
            </w:r>
          </w:p>
        </w:tc>
        <w:tc>
          <w:tcPr>
            <w:tcW w:type="dxa" w:w="2550"/>
          </w:tcPr>
          <w:p>
            <w:r>
              <w:t>[SAAT/NET]</w:t>
            </w:r>
          </w:p>
        </w:tc>
        <w:tc>
          <w:tcPr>
            <w:tcW w:type="dxa" w:w="2550"/>
          </w:tcPr>
          <w:p>
            <w:r>
              <w:t>[TATİL/NO]</w:t>
            </w:r>
          </w:p>
        </w:tc>
      </w:tr>
      <w:tr>
        <w:tc>
          <w:tcPr>
            <w:tcW w:type="dxa" w:w="2550"/>
          </w:tcPr>
          <w:p>
            <w:r>
              <w:t>[GÜN/TARİH]</w:t>
            </w:r>
          </w:p>
        </w:tc>
        <w:tc>
          <w:tcPr>
            <w:tcW w:type="dxa" w:w="2550"/>
          </w:tcPr>
          <w:p>
            <w:r>
              <w:t>[SAAT-SAAT]</w:t>
            </w:r>
          </w:p>
        </w:tc>
        <w:tc>
          <w:tcPr>
            <w:tcW w:type="dxa" w:w="2550"/>
          </w:tcPr>
          <w:p>
            <w:r>
              <w:t>[SAAT/NET]</w:t>
            </w:r>
          </w:p>
        </w:tc>
        <w:tc>
          <w:tcPr>
            <w:tcW w:type="dxa" w:w="2550"/>
          </w:tcPr>
          <w:p>
            <w:r>
              <w:t>[TATİL/NO]</w:t>
            </w:r>
          </w:p>
        </w:tc>
      </w:tr>
      <w:tr>
        <w:tc>
          <w:tcPr>
            <w:tcW w:type="dxa" w:w="2550"/>
          </w:tcPr>
          <w:p>
            <w:r>
              <w:t>[GÜN/TARİH]</w:t>
            </w:r>
          </w:p>
        </w:tc>
        <w:tc>
          <w:tcPr>
            <w:tcW w:type="dxa" w:w="2550"/>
          </w:tcPr>
          <w:p>
            <w:r>
              <w:t>[SAAT-SAAT]</w:t>
            </w:r>
          </w:p>
        </w:tc>
        <w:tc>
          <w:tcPr>
            <w:tcW w:type="dxa" w:w="2550"/>
          </w:tcPr>
          <w:p>
            <w:r>
              <w:t>[SAAT/NET]</w:t>
            </w:r>
          </w:p>
        </w:tc>
        <w:tc>
          <w:tcPr>
            <w:tcW w:type="dxa" w:w="2550"/>
          </w:tcPr>
          <w:p>
            <w:r>
              <w:t>[TATİL/NO]</w:t>
            </w:r>
          </w:p>
        </w:tc>
      </w:tr>
    </w:tbl>
    <w:p>
      <w:r>
        <w:t>Çizelgenin paylaşım kanalı ve zamanı: [ ]. İşveren temsilcisi/çalışan teslim imzaları: [ ]. Fiilî çalışma kayıtları ayrıca tutulur. Tebliğ imzası kanuni dinlenme hakkından feragat veya esaslı değişikliğe peşin onay değildir.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