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Staj Günlük Faaliyet Çizelgesi</w:t>
      </w:r>
    </w:p>
    <w:p>
      <w:r>
        <w:t>Öğrenci: [AD / OKUL / PROGRAM]    Staj yeri ve birim: [BİLGİ]    Hafta: [TARİH]. Gerçekte yapılan faaliyet ve saatler yazılır.</w:t>
      </w:r>
    </w:p>
    <w:p>
      <w:pPr>
        <w:pStyle w:val="Heading2"/>
      </w:pPr>
      <w:r>
        <w:t>Günlük staj kaydı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Tarih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Başlangıç–bitiş / ara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Somut faaliyet ve kazanım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Sorumlu onayı</w:t>
            </w:r>
          </w:p>
        </w:tc>
      </w:tr>
      <w:tr>
        <w:tc>
          <w:tcPr>
            <w:tcW w:type="dxa" w:w="2550"/>
          </w:tcPr>
          <w:p>
            <w:r>
              <w:t>[GG.AA]</w:t>
            </w:r>
          </w:p>
        </w:tc>
        <w:tc>
          <w:tcPr>
            <w:tcW w:type="dxa" w:w="2550"/>
          </w:tcPr>
          <w:p>
            <w:r>
              <w:t>[SAAT / ARA]</w:t>
            </w:r>
          </w:p>
        </w:tc>
        <w:tc>
          <w:tcPr>
            <w:tcW w:type="dxa" w:w="2550"/>
          </w:tcPr>
          <w:p>
            <w:r>
              <w:t>[YAPILAN İŞ]</w:t>
            </w:r>
          </w:p>
        </w:tc>
        <w:tc>
          <w:tcPr>
            <w:tcW w:type="dxa" w:w="2550"/>
          </w:tcPr>
          <w:p>
            <w:r>
              <w:t>[AD / İMZA]</w:t>
            </w:r>
          </w:p>
        </w:tc>
      </w:tr>
      <w:tr>
        <w:tc>
          <w:tcPr>
            <w:tcW w:type="dxa" w:w="2550"/>
          </w:tcPr>
          <w:p>
            <w:r>
              <w:t>[GG.AA]</w:t>
            </w:r>
          </w:p>
        </w:tc>
        <w:tc>
          <w:tcPr>
            <w:tcW w:type="dxa" w:w="2550"/>
          </w:tcPr>
          <w:p>
            <w:r>
              <w:t>[SAAT / ARA]</w:t>
            </w:r>
          </w:p>
        </w:tc>
        <w:tc>
          <w:tcPr>
            <w:tcW w:type="dxa" w:w="2550"/>
          </w:tcPr>
          <w:p>
            <w:r>
              <w:t>[YAPILAN İŞ]</w:t>
            </w:r>
          </w:p>
        </w:tc>
        <w:tc>
          <w:tcPr>
            <w:tcW w:type="dxa" w:w="2550"/>
          </w:tcPr>
          <w:p>
            <w:r>
              <w:t>[AD / İMZA]</w:t>
            </w:r>
          </w:p>
        </w:tc>
      </w:tr>
      <w:tr>
        <w:tc>
          <w:tcPr>
            <w:tcW w:type="dxa" w:w="2550"/>
          </w:tcPr>
          <w:p>
            <w:r>
              <w:t>[GG.AA]</w:t>
            </w:r>
          </w:p>
        </w:tc>
        <w:tc>
          <w:tcPr>
            <w:tcW w:type="dxa" w:w="2550"/>
          </w:tcPr>
          <w:p>
            <w:r>
              <w:t>[SAAT / ARA]</w:t>
            </w:r>
          </w:p>
        </w:tc>
        <w:tc>
          <w:tcPr>
            <w:tcW w:type="dxa" w:w="2550"/>
          </w:tcPr>
          <w:p>
            <w:r>
              <w:t>[YAPILAN İŞ]</w:t>
            </w:r>
          </w:p>
        </w:tc>
        <w:tc>
          <w:tcPr>
            <w:tcW w:type="dxa" w:w="2550"/>
          </w:tcPr>
          <w:p>
            <w:r>
              <w:t>[AD / İMZA]</w:t>
            </w:r>
          </w:p>
        </w:tc>
      </w:tr>
      <w:tr>
        <w:tc>
          <w:tcPr>
            <w:tcW w:type="dxa" w:w="2550"/>
          </w:tcPr>
          <w:p>
            <w:r>
              <w:t>[GG.AA]</w:t>
            </w:r>
          </w:p>
        </w:tc>
        <w:tc>
          <w:tcPr>
            <w:tcW w:type="dxa" w:w="2550"/>
          </w:tcPr>
          <w:p>
            <w:r>
              <w:t>[SAAT / ARA]</w:t>
            </w:r>
          </w:p>
        </w:tc>
        <w:tc>
          <w:tcPr>
            <w:tcW w:type="dxa" w:w="2550"/>
          </w:tcPr>
          <w:p>
            <w:r>
              <w:t>[YAPILAN İŞ]</w:t>
            </w:r>
          </w:p>
        </w:tc>
        <w:tc>
          <w:tcPr>
            <w:tcW w:type="dxa" w:w="2550"/>
          </w:tcPr>
          <w:p>
            <w:r>
              <w:t>[AD / İMZA]</w:t>
            </w:r>
          </w:p>
        </w:tc>
      </w:tr>
      <w:tr>
        <w:tc>
          <w:tcPr>
            <w:tcW w:type="dxa" w:w="2550"/>
          </w:tcPr>
          <w:p>
            <w:r>
              <w:t>[GG.AA]</w:t>
            </w:r>
          </w:p>
        </w:tc>
        <w:tc>
          <w:tcPr>
            <w:tcW w:type="dxa" w:w="2550"/>
          </w:tcPr>
          <w:p>
            <w:r>
              <w:t>[SAAT / ARA]</w:t>
            </w:r>
          </w:p>
        </w:tc>
        <w:tc>
          <w:tcPr>
            <w:tcW w:type="dxa" w:w="2550"/>
          </w:tcPr>
          <w:p>
            <w:r>
              <w:t>[YAPILAN İŞ]</w:t>
            </w:r>
          </w:p>
        </w:tc>
        <w:tc>
          <w:tcPr>
            <w:tcW w:type="dxa" w:w="2550"/>
          </w:tcPr>
          <w:p>
            <w:r>
              <w:t>[AD / İMZA]</w:t>
            </w:r>
          </w:p>
        </w:tc>
      </w:tr>
    </w:tbl>
    <w:p/>
    <w:p>
      <w:pPr>
        <w:pStyle w:val="Heading2"/>
      </w:pPr>
      <w:r>
        <w:t>Haftalık teyit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Öğrenci imzası / tarih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İşyeri sorumlusu imzası / tarih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Okul formu ve ek no</w:t>
            </w:r>
          </w:p>
        </w:tc>
      </w:tr>
      <w:tr>
        <w:tc>
          <w:tcPr>
            <w:tcW w:type="dxa" w:w="3400"/>
          </w:tcPr>
          <w:p>
            <w:r>
              <w:t>[İMZA / TARİH]</w:t>
            </w:r>
          </w:p>
        </w:tc>
        <w:tc>
          <w:tcPr>
            <w:tcW w:type="dxa" w:w="3400"/>
          </w:tcPr>
          <w:p>
            <w:r>
              <w:t>[İMZA / TARİH]</w:t>
            </w:r>
          </w:p>
        </w:tc>
        <w:tc>
          <w:tcPr>
            <w:tcW w:type="dxa" w:w="3400"/>
          </w:tcPr>
          <w:p>
            <w:r>
              <w:t>[FORM / NO]</w:t>
            </w:r>
          </w:p>
        </w:tc>
      </w:tr>
    </w:tbl>
    <w:p/>
    <w:p>
      <w:r>
        <w:t>Bu çizelge okulun zorunlu staj defteri, günlük devam onayı veya sigorta bildirimi yerine geçmez. İmza ve teslim takvimini kendi okulunuzdan doğrulayın; okul örneklerindeki alanlar genel zorunluluk sayılmaz. Kaynak kontrolü: 5 Ekim 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