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Staj Başlangıç Kontrol ve Bildirim Formu</w:t>
      </w:r>
    </w:p>
    <w:p>
      <w:r>
        <w:t>Öğrenci: [AD / OKUL / PROGRAM]    Staj yeri: [UNVAN / BİRİM]    Tür: [ZORUNLU / GÖNÜLLÜ]    Planlanan dönem: [TARİHLER]. Başlamadan önce okulun kendi usulü doğrulanır.</w:t>
      </w:r>
    </w:p>
    <w:p>
      <w:pPr>
        <w:pStyle w:val="Heading2"/>
      </w:pPr>
      <w:r>
        <w:t>Başlangıç öncesi ayrı kontroller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Kontrol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Belge no / tarih / kanal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Doğrulayan / sonuç</w:t>
            </w:r>
          </w:p>
        </w:tc>
      </w:tr>
      <w:tr>
        <w:tc>
          <w:tcPr>
            <w:tcW w:type="dxa" w:w="3400"/>
          </w:tcPr>
          <w:p>
            <w:r>
              <w:t>Okul veya staj komisyonu onayı</w:t>
            </w:r>
          </w:p>
        </w:tc>
        <w:tc>
          <w:tcPr>
            <w:tcW w:type="dxa" w:w="3400"/>
          </w:tcPr>
          <w:p>
            <w:r>
              <w:t>[NO / TARİH]</w:t>
            </w:r>
          </w:p>
        </w:tc>
        <w:tc>
          <w:tcPr>
            <w:tcW w:type="dxa" w:w="3400"/>
          </w:tcPr>
          <w:p>
            <w:r>
              <w:t>[AD / ONAY]</w:t>
            </w:r>
          </w:p>
        </w:tc>
      </w:tr>
      <w:tr>
        <w:tc>
          <w:tcPr>
            <w:tcW w:type="dxa" w:w="3400"/>
          </w:tcPr>
          <w:p>
            <w:r>
              <w:t>Staj sözleşmesi / kabul kaydı</w:t>
            </w:r>
          </w:p>
        </w:tc>
        <w:tc>
          <w:tcPr>
            <w:tcW w:type="dxa" w:w="3400"/>
          </w:tcPr>
          <w:p>
            <w:r>
              <w:t>[NO / TARİH]</w:t>
            </w:r>
          </w:p>
        </w:tc>
        <w:tc>
          <w:tcPr>
            <w:tcW w:type="dxa" w:w="3400"/>
          </w:tcPr>
          <w:p>
            <w:r>
              <w:t>[AD / ONAY]</w:t>
            </w:r>
          </w:p>
        </w:tc>
      </w:tr>
      <w:tr>
        <w:tc>
          <w:tcPr>
            <w:tcW w:type="dxa" w:w="3400"/>
          </w:tcPr>
          <w:p>
            <w:r>
              <w:t>Uygun sigorta statüsü ve bildirim teyidi</w:t>
            </w:r>
          </w:p>
        </w:tc>
        <w:tc>
          <w:tcPr>
            <w:tcW w:type="dxa" w:w="3400"/>
          </w:tcPr>
          <w:p>
            <w:r>
              <w:t>[OKUL / SGK KAYDI]</w:t>
            </w:r>
          </w:p>
        </w:tc>
        <w:tc>
          <w:tcPr>
            <w:tcW w:type="dxa" w:w="3400"/>
          </w:tcPr>
          <w:p>
            <w:r>
              <w:t>[YETKİLİ / DURUM]</w:t>
            </w:r>
          </w:p>
        </w:tc>
      </w:tr>
      <w:tr>
        <w:tc>
          <w:tcPr>
            <w:tcW w:type="dxa" w:w="3400"/>
          </w:tcPr>
          <w:p>
            <w:r>
              <w:t>İş güvenliği ve görev tanıtımı</w:t>
            </w:r>
          </w:p>
        </w:tc>
        <w:tc>
          <w:tcPr>
            <w:tcW w:type="dxa" w:w="3400"/>
          </w:tcPr>
          <w:p>
            <w:r>
              <w:t>[PROGRAM / TARİH]</w:t>
            </w:r>
          </w:p>
        </w:tc>
        <w:tc>
          <w:tcPr>
            <w:tcW w:type="dxa" w:w="3400"/>
          </w:tcPr>
          <w:p>
            <w:r>
              <w:t>[SORUMLU / DURUM]</w:t>
            </w:r>
          </w:p>
        </w:tc>
      </w:tr>
    </w:tbl>
    <w:p/>
    <w:p>
      <w:pPr>
        <w:pStyle w:val="Heading2"/>
      </w:pPr>
      <w:r>
        <w:t>Fiilî başlangıç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İlk fiilî gün ve saat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İşyeri sorumlusu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Öğrenci teyidi</w:t>
            </w:r>
          </w:p>
        </w:tc>
      </w:tr>
      <w:tr>
        <w:tc>
          <w:tcPr>
            <w:tcW w:type="dxa" w:w="3400"/>
          </w:tcPr>
          <w:p>
            <w:r>
              <w:t>[TARİH / SAAT]</w:t>
            </w:r>
          </w:p>
        </w:tc>
        <w:tc>
          <w:tcPr>
            <w:tcW w:type="dxa" w:w="3400"/>
          </w:tcPr>
          <w:p>
            <w:r>
              <w:t>[AD / İMZA]</w:t>
            </w:r>
          </w:p>
        </w:tc>
        <w:tc>
          <w:tcPr>
            <w:tcW w:type="dxa" w:w="3400"/>
          </w:tcPr>
          <w:p>
            <w:r>
              <w:t>[AD / İMZA]</w:t>
            </w:r>
          </w:p>
        </w:tc>
      </w:tr>
    </w:tbl>
    <w:p/>
    <w:p>
      <w:r>
        <w:t>Bu genel kontrol formu okulun resmî başvuru formu, onayı veya SGK bildirimi yerine geçmez. Zorunlu/gönüllü stajın sigorta kapsamı aynı varsayılmamalı; ilk gün öncesinde okul ve işyeri yetkilileriyle doğrulanmalıdır. Kaynak kontrolü: 5 Ekim 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