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Masraf iade talep formu</w:t>
      </w:r>
    </w:p>
    <w:p>
      <w:r>
        <w:t>İş için yapılan harcamaları belge, avans ve onay bilgileriyle kalem kalem kaydetme örneği. Talep, ödeme yapıldığına dair makbuz değildir.</w:t>
      </w:r>
    </w:p>
    <w:p>
      <w:pPr>
        <w:pStyle w:val="Heading2"/>
      </w:pPr>
      <w:r>
        <w:t>1. Talep bilgileri</w:t>
      </w:r>
    </w:p>
    <w:tbl>
      <w:tblPr>
        <w:tblStyle w:val="TableGrid"/>
        <w:tblW w:type="auto" w:w="0"/>
        <w:tblLook w:firstColumn="1" w:firstRow="1" w:lastColumn="0" w:lastRow="0" w:noHBand="0" w:noVBand="1" w:val="04A0"/>
      </w:tblPr>
      <w:tblGrid>
        <w:gridCol w:w="2635"/>
        <w:gridCol w:w="2635"/>
        <w:gridCol w:w="2635"/>
        <w:gridCol w:w="2635"/>
      </w:tblGrid>
      <w:tr>
        <w:tc>
          <w:tcPr>
            <w:tcW w:type="dxa" w:w="2635"/>
          </w:tcPr>
          <w:p>
            <w:r>
              <w:rPr>
                <w:sz w:val="14"/>
              </w:rPr>
              <w:t>Çalışan / birim</w:t>
            </w:r>
          </w:p>
        </w:tc>
        <w:tc>
          <w:tcPr>
            <w:tcW w:type="dxa" w:w="2635"/>
          </w:tcPr>
          <w:p>
            <w:r>
              <w:rPr>
                <w:sz w:val="14"/>
              </w:rPr>
              <w:t>Görev / proje</w:t>
            </w:r>
          </w:p>
        </w:tc>
        <w:tc>
          <w:tcPr>
            <w:tcW w:type="dxa" w:w="2635"/>
          </w:tcPr>
          <w:p>
            <w:r>
              <w:rPr>
                <w:sz w:val="14"/>
              </w:rPr>
              <w:t>Talep tarihi</w:t>
            </w:r>
          </w:p>
        </w:tc>
        <w:tc>
          <w:tcPr>
            <w:tcW w:type="dxa" w:w="2635"/>
          </w:tcPr>
          <w:p>
            <w:r>
              <w:rPr>
                <w:sz w:val="14"/>
              </w:rPr>
              <w:t>İlgili dönem</w:t>
            </w:r>
          </w:p>
        </w:tc>
      </w:tr>
      <w:tr>
        <w:tc>
          <w:tcPr>
            <w:tcW w:type="dxa" w:w="2635"/>
          </w:tcPr>
          <w:p>
            <w:r>
              <w:rPr>
                <w:sz w:val="14"/>
              </w:rPr>
              <w:t>[AD / BİRİM]</w:t>
            </w:r>
          </w:p>
        </w:tc>
        <w:tc>
          <w:tcPr>
            <w:tcW w:type="dxa" w:w="2635"/>
          </w:tcPr>
          <w:p>
            <w:r>
              <w:rPr>
                <w:sz w:val="14"/>
              </w:rPr>
              <w:t>[GÖREV / KOD]</w:t>
            </w:r>
          </w:p>
        </w:tc>
        <w:tc>
          <w:tcPr>
            <w:tcW w:type="dxa" w:w="2635"/>
          </w:tcPr>
          <w:p>
            <w:r>
              <w:rPr>
                <w:sz w:val="14"/>
              </w:rPr>
              <w:t>[GG.AA.YYYY]</w:t>
            </w:r>
          </w:p>
        </w:tc>
        <w:tc>
          <w:tcPr>
            <w:tcW w:type="dxa" w:w="2635"/>
          </w:tcPr>
          <w:p>
            <w:r>
              <w:rPr>
                <w:sz w:val="14"/>
              </w:rPr>
              <w:t>[TARİH ARALIĞI]</w:t>
            </w:r>
          </w:p>
        </w:tc>
      </w:tr>
    </w:tbl>
    <w:p>
      <w:pPr>
        <w:pStyle w:val="Heading2"/>
      </w:pPr>
      <w:r>
        <w:t>2. Harcama kalemleri</w:t>
      </w:r>
    </w:p>
    <w:tbl>
      <w:tblPr>
        <w:tblStyle w:val="TableGrid"/>
        <w:tblW w:type="auto" w:w="0"/>
        <w:tblLook w:firstColumn="1" w:firstRow="1" w:lastColumn="0" w:lastRow="0" w:noHBand="0" w:noVBand="1" w:val="04A0"/>
      </w:tblPr>
      <w:tblGrid>
        <w:gridCol w:w="2108"/>
        <w:gridCol w:w="2108"/>
        <w:gridCol w:w="2108"/>
        <w:gridCol w:w="2108"/>
        <w:gridCol w:w="2108"/>
      </w:tblGrid>
      <w:tr>
        <w:tc>
          <w:tcPr>
            <w:tcW w:type="dxa" w:w="2108"/>
          </w:tcPr>
          <w:p>
            <w:r>
              <w:rPr>
                <w:sz w:val="14"/>
              </w:rPr>
              <w:t>No / harcama</w:t>
            </w:r>
          </w:p>
        </w:tc>
        <w:tc>
          <w:tcPr>
            <w:tcW w:type="dxa" w:w="2108"/>
          </w:tcPr>
          <w:p>
            <w:r>
              <w:rPr>
                <w:sz w:val="14"/>
              </w:rPr>
              <w:t>Tarih / amaç</w:t>
            </w:r>
          </w:p>
        </w:tc>
        <w:tc>
          <w:tcPr>
            <w:tcW w:type="dxa" w:w="2108"/>
          </w:tcPr>
          <w:p>
            <w:r>
              <w:rPr>
                <w:sz w:val="14"/>
              </w:rPr>
              <w:t>Belge türü / no</w:t>
            </w:r>
          </w:p>
        </w:tc>
        <w:tc>
          <w:tcPr>
            <w:tcW w:type="dxa" w:w="2108"/>
          </w:tcPr>
          <w:p>
            <w:r>
              <w:rPr>
                <w:sz w:val="14"/>
              </w:rPr>
              <w:t>Tutar / para birimi</w:t>
            </w:r>
          </w:p>
        </w:tc>
        <w:tc>
          <w:tcPr>
            <w:tcW w:type="dxa" w:w="2108"/>
          </w:tcPr>
          <w:p>
            <w:r>
              <w:rPr>
                <w:sz w:val="14"/>
              </w:rPr>
              <w:t>İş bağlantısı / not</w:t>
            </w:r>
          </w:p>
        </w:tc>
      </w:tr>
      <w:tr>
        <w:tc>
          <w:tcPr>
            <w:tcW w:type="dxa" w:w="2108"/>
          </w:tcPr>
          <w:p>
            <w:r>
              <w:rPr>
                <w:sz w:val="14"/>
              </w:rPr>
              <w:t>1 [KALEM]</w:t>
            </w:r>
          </w:p>
        </w:tc>
        <w:tc>
          <w:tcPr>
            <w:tcW w:type="dxa" w:w="2108"/>
          </w:tcPr>
          <w:p>
            <w:r>
              <w:rPr>
                <w:sz w:val="14"/>
              </w:rPr>
              <w:t>[TARİH / AMAÇ]</w:t>
            </w:r>
          </w:p>
        </w:tc>
        <w:tc>
          <w:tcPr>
            <w:tcW w:type="dxa" w:w="2108"/>
          </w:tcPr>
          <w:p>
            <w:r>
              <w:rPr>
                <w:sz w:val="14"/>
              </w:rPr>
              <w:t>[FATURA / FİŞ NO]</w:t>
            </w:r>
          </w:p>
        </w:tc>
        <w:tc>
          <w:tcPr>
            <w:tcW w:type="dxa" w:w="2108"/>
          </w:tcPr>
          <w:p>
            <w:r>
              <w:rPr>
                <w:sz w:val="14"/>
              </w:rPr>
              <w:t>[TUTAR / PB]</w:t>
            </w:r>
          </w:p>
        </w:tc>
        <w:tc>
          <w:tcPr>
            <w:tcW w:type="dxa" w:w="2108"/>
          </w:tcPr>
          <w:p>
            <w:r>
              <w:rPr>
                <w:sz w:val="14"/>
              </w:rPr>
              <w:t>[GÖREV / NOT]</w:t>
            </w:r>
          </w:p>
        </w:tc>
      </w:tr>
      <w:tr>
        <w:tc>
          <w:tcPr>
            <w:tcW w:type="dxa" w:w="2108"/>
          </w:tcPr>
          <w:p>
            <w:r>
              <w:rPr>
                <w:sz w:val="14"/>
              </w:rPr>
              <w:t>2 [KALEM]</w:t>
            </w:r>
          </w:p>
        </w:tc>
        <w:tc>
          <w:tcPr>
            <w:tcW w:type="dxa" w:w="2108"/>
          </w:tcPr>
          <w:p>
            <w:r>
              <w:rPr>
                <w:sz w:val="14"/>
              </w:rPr>
              <w:t>[TARİH / AMAÇ]</w:t>
            </w:r>
          </w:p>
        </w:tc>
        <w:tc>
          <w:tcPr>
            <w:tcW w:type="dxa" w:w="2108"/>
          </w:tcPr>
          <w:p>
            <w:r>
              <w:rPr>
                <w:sz w:val="14"/>
              </w:rPr>
              <w:t>[BELGE NO]</w:t>
            </w:r>
          </w:p>
        </w:tc>
        <w:tc>
          <w:tcPr>
            <w:tcW w:type="dxa" w:w="2108"/>
          </w:tcPr>
          <w:p>
            <w:r>
              <w:rPr>
                <w:sz w:val="14"/>
              </w:rPr>
              <w:t>[TUTAR / PB]</w:t>
            </w:r>
          </w:p>
        </w:tc>
        <w:tc>
          <w:tcPr>
            <w:tcW w:type="dxa" w:w="2108"/>
          </w:tcPr>
          <w:p>
            <w:r>
              <w:rPr>
                <w:sz w:val="14"/>
              </w:rPr>
              <w:t>[GÖREV / NOT]</w:t>
            </w:r>
          </w:p>
        </w:tc>
      </w:tr>
      <w:tr>
        <w:tc>
          <w:tcPr>
            <w:tcW w:type="dxa" w:w="2108"/>
          </w:tcPr>
          <w:p>
            <w:r>
              <w:rPr>
                <w:sz w:val="14"/>
              </w:rPr>
              <w:t>3 [KALEM]</w:t>
            </w:r>
          </w:p>
        </w:tc>
        <w:tc>
          <w:tcPr>
            <w:tcW w:type="dxa" w:w="2108"/>
          </w:tcPr>
          <w:p>
            <w:r>
              <w:rPr>
                <w:sz w:val="14"/>
              </w:rPr>
              <w:t>[TARİH / AMAÇ]</w:t>
            </w:r>
          </w:p>
        </w:tc>
        <w:tc>
          <w:tcPr>
            <w:tcW w:type="dxa" w:w="2108"/>
          </w:tcPr>
          <w:p>
            <w:r>
              <w:rPr>
                <w:sz w:val="14"/>
              </w:rPr>
              <w:t>[BELGE NO]</w:t>
            </w:r>
          </w:p>
        </w:tc>
        <w:tc>
          <w:tcPr>
            <w:tcW w:type="dxa" w:w="2108"/>
          </w:tcPr>
          <w:p>
            <w:r>
              <w:rPr>
                <w:sz w:val="14"/>
              </w:rPr>
              <w:t>[TUTAR / PB]</w:t>
            </w:r>
          </w:p>
        </w:tc>
        <w:tc>
          <w:tcPr>
            <w:tcW w:type="dxa" w:w="2108"/>
          </w:tcPr>
          <w:p>
            <w:r>
              <w:rPr>
                <w:sz w:val="14"/>
              </w:rPr>
              <w:t>[GÖREV / NOT]</w:t>
            </w:r>
          </w:p>
        </w:tc>
      </w:tr>
      <w:tr>
        <w:tc>
          <w:tcPr>
            <w:tcW w:type="dxa" w:w="2108"/>
          </w:tcPr>
          <w:p>
            <w:r>
              <w:rPr>
                <w:sz w:val="14"/>
              </w:rPr>
              <w:t>4 [KALEM]</w:t>
            </w:r>
          </w:p>
        </w:tc>
        <w:tc>
          <w:tcPr>
            <w:tcW w:type="dxa" w:w="2108"/>
          </w:tcPr>
          <w:p>
            <w:r>
              <w:rPr>
                <w:sz w:val="14"/>
              </w:rPr>
              <w:t>[TARİH / AMAÇ]</w:t>
            </w:r>
          </w:p>
        </w:tc>
        <w:tc>
          <w:tcPr>
            <w:tcW w:type="dxa" w:w="2108"/>
          </w:tcPr>
          <w:p>
            <w:r>
              <w:rPr>
                <w:sz w:val="14"/>
              </w:rPr>
              <w:t>[BELGE NO]</w:t>
            </w:r>
          </w:p>
        </w:tc>
        <w:tc>
          <w:tcPr>
            <w:tcW w:type="dxa" w:w="2108"/>
          </w:tcPr>
          <w:p>
            <w:r>
              <w:rPr>
                <w:sz w:val="14"/>
              </w:rPr>
              <w:t>[TUTAR / PB]</w:t>
            </w:r>
          </w:p>
        </w:tc>
        <w:tc>
          <w:tcPr>
            <w:tcW w:type="dxa" w:w="2108"/>
          </w:tcPr>
          <w:p>
            <w:r>
              <w:rPr>
                <w:sz w:val="14"/>
              </w:rPr>
              <w:t>[GÖREV / NOT]</w:t>
            </w:r>
          </w:p>
        </w:tc>
      </w:tr>
    </w:tbl>
    <w:p>
      <w:pPr>
        <w:pStyle w:val="Heading2"/>
      </w:pPr>
      <w:r>
        <w:t>3. Avans ve net talep</w:t>
      </w:r>
    </w:p>
    <w:tbl>
      <w:tblPr>
        <w:tblStyle w:val="TableGrid"/>
        <w:tblW w:type="auto" w:w="0"/>
        <w:tblLook w:firstColumn="1" w:firstRow="1" w:lastColumn="0" w:lastRow="0" w:noHBand="0" w:noVBand="1" w:val="04A0"/>
      </w:tblPr>
      <w:tblGrid>
        <w:gridCol w:w="2635"/>
        <w:gridCol w:w="2635"/>
        <w:gridCol w:w="2635"/>
        <w:gridCol w:w="2635"/>
      </w:tblGrid>
      <w:tr>
        <w:tc>
          <w:tcPr>
            <w:tcW w:type="dxa" w:w="2635"/>
          </w:tcPr>
          <w:p>
            <w:r>
              <w:rPr>
                <w:sz w:val="14"/>
              </w:rPr>
              <w:t>Toplam belgeli harcama</w:t>
            </w:r>
          </w:p>
        </w:tc>
        <w:tc>
          <w:tcPr>
            <w:tcW w:type="dxa" w:w="2635"/>
          </w:tcPr>
          <w:p>
            <w:r>
              <w:rPr>
                <w:sz w:val="14"/>
              </w:rPr>
              <w:t>Alınan avans / tarih</w:t>
            </w:r>
          </w:p>
        </w:tc>
        <w:tc>
          <w:tcPr>
            <w:tcW w:type="dxa" w:w="2635"/>
          </w:tcPr>
          <w:p>
            <w:r>
              <w:rPr>
                <w:sz w:val="14"/>
              </w:rPr>
              <w:t>İade edilen avans</w:t>
            </w:r>
          </w:p>
        </w:tc>
        <w:tc>
          <w:tcPr>
            <w:tcW w:type="dxa" w:w="2635"/>
          </w:tcPr>
          <w:p>
            <w:r>
              <w:rPr>
                <w:sz w:val="14"/>
              </w:rPr>
              <w:t>Mahsup sonrası talep</w:t>
            </w:r>
          </w:p>
        </w:tc>
      </w:tr>
      <w:tr>
        <w:tc>
          <w:tcPr>
            <w:tcW w:type="dxa" w:w="2635"/>
          </w:tcPr>
          <w:p>
            <w:r>
              <w:rPr>
                <w:sz w:val="14"/>
              </w:rPr>
              <w:t>[TUTAR / PB]</w:t>
            </w:r>
          </w:p>
        </w:tc>
        <w:tc>
          <w:tcPr>
            <w:tcW w:type="dxa" w:w="2635"/>
          </w:tcPr>
          <w:p>
            <w:r>
              <w:rPr>
                <w:sz w:val="14"/>
              </w:rPr>
              <w:t>[TUTAR / TARİH]</w:t>
            </w:r>
          </w:p>
        </w:tc>
        <w:tc>
          <w:tcPr>
            <w:tcW w:type="dxa" w:w="2635"/>
          </w:tcPr>
          <w:p>
            <w:r>
              <w:rPr>
                <w:sz w:val="14"/>
              </w:rPr>
              <w:t>[TUTAR / TARİH]</w:t>
            </w:r>
          </w:p>
        </w:tc>
        <w:tc>
          <w:tcPr>
            <w:tcW w:type="dxa" w:w="2635"/>
          </w:tcPr>
          <w:p>
            <w:r>
              <w:rPr>
                <w:sz w:val="14"/>
              </w:rPr>
              <w:t>[HESAP / TUTAR / PB]</w:t>
            </w:r>
          </w:p>
        </w:tc>
      </w:tr>
    </w:tbl>
    <w:p>
      <w:r>
        <w:t>Farklı para birimleri için kur, tarih ve yöntem: [KAYIT]. Eksik belge veya ayrıca inceleme gerektiren kalem: [KALEM / GEREKÇE].</w:t>
      </w:r>
    </w:p>
    <w:p>
      <w:pPr>
        <w:pStyle w:val="Heading2"/>
      </w:pPr>
      <w:r>
        <w:t>4. Kontrol ve karar</w:t>
      </w:r>
    </w:p>
    <w:tbl>
      <w:tblPr>
        <w:tblStyle w:val="TableGrid"/>
        <w:tblW w:type="auto" w:w="0"/>
        <w:tblLook w:firstColumn="1" w:firstRow="1" w:lastColumn="0" w:lastRow="0" w:noHBand="0" w:noVBand="1" w:val="04A0"/>
      </w:tblPr>
      <w:tblGrid>
        <w:gridCol w:w="2635"/>
        <w:gridCol w:w="2635"/>
        <w:gridCol w:w="2635"/>
        <w:gridCol w:w="2635"/>
      </w:tblGrid>
      <w:tr>
        <w:tc>
          <w:tcPr>
            <w:tcW w:type="dxa" w:w="2635"/>
          </w:tcPr>
          <w:p>
            <w:r>
              <w:rPr>
                <w:sz w:val="14"/>
              </w:rPr>
              <w:t>Çalışan beyanı</w:t>
            </w:r>
          </w:p>
        </w:tc>
        <w:tc>
          <w:tcPr>
            <w:tcW w:type="dxa" w:w="2635"/>
          </w:tcPr>
          <w:p>
            <w:r>
              <w:rPr>
                <w:sz w:val="14"/>
              </w:rPr>
              <w:t>Birim yöneticisi incelemesi</w:t>
            </w:r>
          </w:p>
        </w:tc>
        <w:tc>
          <w:tcPr>
            <w:tcW w:type="dxa" w:w="2635"/>
          </w:tcPr>
          <w:p>
            <w:r>
              <w:rPr>
                <w:sz w:val="14"/>
              </w:rPr>
              <w:t>Muhasebe kontrolü</w:t>
            </w:r>
          </w:p>
        </w:tc>
        <w:tc>
          <w:tcPr>
            <w:tcW w:type="dxa" w:w="2635"/>
          </w:tcPr>
          <w:p>
            <w:r>
              <w:rPr>
                <w:sz w:val="14"/>
              </w:rPr>
              <w:t>Ödeme kaydı</w:t>
            </w:r>
          </w:p>
        </w:tc>
      </w:tr>
      <w:tr>
        <w:tc>
          <w:tcPr>
            <w:tcW w:type="dxa" w:w="2635"/>
          </w:tcPr>
          <w:p>
            <w:r>
              <w:rPr>
                <w:sz w:val="14"/>
              </w:rPr>
              <w:t>[AD / TARİH / İMZA]</w:t>
            </w:r>
          </w:p>
        </w:tc>
        <w:tc>
          <w:tcPr>
            <w:tcW w:type="dxa" w:w="2635"/>
          </w:tcPr>
          <w:p>
            <w:r>
              <w:rPr>
                <w:sz w:val="14"/>
              </w:rPr>
              <w:t>[ONAY / RET / GEREKÇE / TARİH]</w:t>
            </w:r>
          </w:p>
        </w:tc>
        <w:tc>
          <w:tcPr>
            <w:tcW w:type="dxa" w:w="2635"/>
          </w:tcPr>
          <w:p>
            <w:r>
              <w:rPr>
                <w:sz w:val="14"/>
              </w:rPr>
              <w:t>[BELGE / MAHSUP / TARİH]</w:t>
            </w:r>
          </w:p>
        </w:tc>
        <w:tc>
          <w:tcPr>
            <w:tcW w:type="dxa" w:w="2635"/>
          </w:tcPr>
          <w:p>
            <w:r>
              <w:rPr>
                <w:sz w:val="14"/>
              </w:rPr>
              <w:t>[AYRI BANKA / KASA KAYDI NO]</w:t>
            </w:r>
          </w:p>
        </w:tc>
      </w:tr>
    </w:tbl>
    <w:p>
      <w:r>
        <w:t>Talep edilen her kalemin işin görülmesiyle ilişkisi ve dayanak belgesi ayrıca doğrulanır. Form, giderin vergi mevzuatına göre kabul edileceği veya talep edilen tutarın otomatik ödeneceği anlamına gelmez. Kişisel harcamalar ile iş harcamalarını karıştırmayın; gereksiz kişisel veriyi eklemeyin.</w:t>
      </w:r>
    </w:p>
    <w:p>
      <w:r>
        <w:t>Kaynak: 6098 sayılı Türk Borçlar Kanunu m. 414 (iş için zorunlu giderler). Somut iş sözleşmesi, kurum usulü ve belge şartları ayrıca kontrol edilir. ÇSGB metni kontrol tarihi: 04.10.2026.</w:t>
      </w:r>
    </w:p>
    <w:sectPr w:rsidR="00FC693F" w:rsidRPr="0006063C" w:rsidSect="00034616">
      <w:pgSz w:w="12240" w:h="15840"/>
      <w:pgMar w:top="879" w:right="850" w:bottom="879"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w:hAnsi="Aptos"/>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