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Kira ödemesi alındı makbuzu</w:t>
      </w:r>
    </w:p>
    <w:p>
      <w:r>
        <w:t>Belirli kira dönemi ve fiilen alınan tutarı kaydeden düzenlenebilir örnek</w:t>
      </w:r>
    </w:p>
    <w:p>
      <w:pPr>
        <w:pStyle w:val="Heading2"/>
      </w:pPr>
      <w:r>
        <w:t>1. Taraflar ve kira ilişkisi</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sz w:val="15"/>
              </w:rPr>
              <w:t>Kiralanan adres</w:t>
            </w:r>
          </w:p>
        </w:tc>
        <w:tc>
          <w:tcPr>
            <w:tcW w:type="dxa" w:w="2592"/>
          </w:tcPr>
          <w:p>
            <w:r>
              <w:rPr>
                <w:sz w:val="15"/>
              </w:rPr>
              <w:t>Kiracı</w:t>
            </w:r>
          </w:p>
        </w:tc>
        <w:tc>
          <w:tcPr>
            <w:tcW w:type="dxa" w:w="2592"/>
          </w:tcPr>
          <w:p>
            <w:r>
              <w:rPr>
                <w:sz w:val="15"/>
              </w:rPr>
              <w:t>Kiraya veren / tahsil yetkilisi</w:t>
            </w:r>
          </w:p>
        </w:tc>
        <w:tc>
          <w:tcPr>
            <w:tcW w:type="dxa" w:w="2592"/>
          </w:tcPr>
          <w:p>
            <w:r>
              <w:rPr>
                <w:sz w:val="15"/>
              </w:rPr>
              <w:t>Yetki dayanağı</w:t>
            </w:r>
          </w:p>
        </w:tc>
      </w:tr>
      <w:tr>
        <w:tc>
          <w:tcPr>
            <w:tcW w:type="dxa" w:w="2592"/>
          </w:tcPr>
          <w:p>
            <w:r>
              <w:rPr>
                <w:sz w:val="15"/>
              </w:rPr>
              <w:t>[AÇIK ADRES]</w:t>
            </w:r>
          </w:p>
        </w:tc>
        <w:tc>
          <w:tcPr>
            <w:tcW w:type="dxa" w:w="2592"/>
          </w:tcPr>
          <w:p>
            <w:r>
              <w:rPr>
                <w:sz w:val="15"/>
              </w:rPr>
              <w:t>[AD / UNVAN]</w:t>
            </w:r>
          </w:p>
        </w:tc>
        <w:tc>
          <w:tcPr>
            <w:tcW w:type="dxa" w:w="2592"/>
          </w:tcPr>
          <w:p>
            <w:r>
              <w:rPr>
                <w:sz w:val="15"/>
              </w:rPr>
              <w:t>[AD / UNVAN]</w:t>
            </w:r>
          </w:p>
        </w:tc>
        <w:tc>
          <w:tcPr>
            <w:tcW w:type="dxa" w:w="2592"/>
          </w:tcPr>
          <w:p>
            <w:r>
              <w:rPr>
                <w:sz w:val="15"/>
              </w:rPr>
              <w:t>[SÖZLEŞME / VEKALET]</w:t>
            </w:r>
          </w:p>
        </w:tc>
      </w:tr>
    </w:tbl>
    <w:p>
      <w:pPr>
        <w:pStyle w:val="Heading2"/>
      </w:pPr>
      <w:r>
        <w:t>2. Alınan ödeme</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sz w:val="15"/>
              </w:rPr>
              <w:t>Makbuz no</w:t>
            </w:r>
          </w:p>
        </w:tc>
        <w:tc>
          <w:tcPr>
            <w:tcW w:type="dxa" w:w="2592"/>
          </w:tcPr>
          <w:p>
            <w:r>
              <w:rPr>
                <w:sz w:val="15"/>
              </w:rPr>
              <w:t>Kira dönemi</w:t>
            </w:r>
          </w:p>
        </w:tc>
        <w:tc>
          <w:tcPr>
            <w:tcW w:type="dxa" w:w="2592"/>
          </w:tcPr>
          <w:p>
            <w:r>
              <w:rPr>
                <w:sz w:val="15"/>
              </w:rPr>
              <w:t>Ödeme tarihi-saati</w:t>
            </w:r>
          </w:p>
        </w:tc>
        <w:tc>
          <w:tcPr>
            <w:tcW w:type="dxa" w:w="2592"/>
          </w:tcPr>
          <w:p>
            <w:r>
              <w:rPr>
                <w:sz w:val="15"/>
              </w:rPr>
              <w:t>Alınan tutar</w:t>
            </w:r>
          </w:p>
        </w:tc>
      </w:tr>
      <w:tr>
        <w:tc>
          <w:tcPr>
            <w:tcW w:type="dxa" w:w="2592"/>
          </w:tcPr>
          <w:p>
            <w:r>
              <w:rPr>
                <w:sz w:val="15"/>
              </w:rPr>
              <w:t>[NO]</w:t>
            </w:r>
          </w:p>
        </w:tc>
        <w:tc>
          <w:tcPr>
            <w:tcW w:type="dxa" w:w="2592"/>
          </w:tcPr>
          <w:p>
            <w:r>
              <w:rPr>
                <w:sz w:val="15"/>
              </w:rPr>
              <w:t>[AY/YIL VEYA TARİH ARALIĞI]</w:t>
            </w:r>
          </w:p>
        </w:tc>
        <w:tc>
          <w:tcPr>
            <w:tcW w:type="dxa" w:w="2592"/>
          </w:tcPr>
          <w:p>
            <w:r>
              <w:rPr>
                <w:sz w:val="15"/>
              </w:rPr>
              <w:t>[GG/AA/YYYY SS:DD]</w:t>
            </w:r>
          </w:p>
        </w:tc>
        <w:tc>
          <w:tcPr>
            <w:tcW w:type="dxa" w:w="2592"/>
          </w:tcPr>
          <w:p>
            <w:r>
              <w:rPr>
                <w:sz w:val="15"/>
              </w:rPr>
              <w:t>[RAKAMLA TL]</w:t>
            </w:r>
          </w:p>
        </w:tc>
      </w:tr>
    </w:tbl>
    <w:p>
      <w:r>
        <w:t>Alınan tutar yazıyla: [YAZIYLA TUTAR]. Bu makbuz yalnız yukarıda belirtilen fiilî ödemeyi ve tahsis edilen dönemi gösterir.</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sz w:val="15"/>
              </w:rPr>
              <w:t>Ödeme yöntemi</w:t>
            </w:r>
          </w:p>
        </w:tc>
        <w:tc>
          <w:tcPr>
            <w:tcW w:type="dxa" w:w="2592"/>
          </w:tcPr>
          <w:p>
            <w:r>
              <w:rPr>
                <w:sz w:val="15"/>
              </w:rPr>
              <w:t>Banka / PTT işlem no</w:t>
            </w:r>
          </w:p>
        </w:tc>
        <w:tc>
          <w:tcPr>
            <w:tcW w:type="dxa" w:w="2592"/>
          </w:tcPr>
          <w:p>
            <w:r>
              <w:rPr>
                <w:sz w:val="15"/>
              </w:rPr>
              <w:t>Ödeyen hesap/kişi</w:t>
            </w:r>
          </w:p>
        </w:tc>
        <w:tc>
          <w:tcPr>
            <w:tcW w:type="dxa" w:w="2592"/>
          </w:tcPr>
          <w:p>
            <w:r>
              <w:rPr>
                <w:sz w:val="15"/>
              </w:rPr>
              <w:t>Alacaklı hesap/kişi</w:t>
            </w:r>
          </w:p>
        </w:tc>
      </w:tr>
      <w:tr>
        <w:tc>
          <w:tcPr>
            <w:tcW w:type="dxa" w:w="2592"/>
          </w:tcPr>
          <w:p>
            <w:r>
              <w:rPr>
                <w:sz w:val="15"/>
              </w:rPr>
              <w:t>[BANKA / PTT / ELDEN]</w:t>
            </w:r>
          </w:p>
        </w:tc>
        <w:tc>
          <w:tcPr>
            <w:tcW w:type="dxa" w:w="2592"/>
          </w:tcPr>
          <w:p>
            <w:r>
              <w:rPr>
                <w:sz w:val="15"/>
              </w:rPr>
              <w:t>[DEKONT / REFERANS]</w:t>
            </w:r>
          </w:p>
        </w:tc>
        <w:tc>
          <w:tcPr>
            <w:tcW w:type="dxa" w:w="2592"/>
          </w:tcPr>
          <w:p>
            <w:r>
              <w:rPr>
                <w:sz w:val="15"/>
              </w:rPr>
              <w:t>[AD / SON DÖRT HANE]</w:t>
            </w:r>
          </w:p>
        </w:tc>
        <w:tc>
          <w:tcPr>
            <w:tcW w:type="dxa" w:w="2592"/>
          </w:tcPr>
          <w:p>
            <w:r>
              <w:rPr>
                <w:sz w:val="15"/>
              </w:rPr>
              <w:t>[AD / SON DÖRT HANE]</w:t>
            </w:r>
          </w:p>
        </w:tc>
      </w:tr>
    </w:tbl>
    <w:p>
      <w:pPr>
        <w:pStyle w:val="Heading2"/>
      </w:pPr>
      <w:r>
        <w:t>3. Mahsup ve çekince</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sz w:val="15"/>
              </w:rPr>
              <w:t>Bu dönemin kararlaştırılan bedeli</w:t>
            </w:r>
          </w:p>
        </w:tc>
        <w:tc>
          <w:tcPr>
            <w:tcW w:type="dxa" w:w="2592"/>
          </w:tcPr>
          <w:p>
            <w:r>
              <w:rPr>
                <w:sz w:val="15"/>
              </w:rPr>
              <w:t>Fiilen alınan</w:t>
            </w:r>
          </w:p>
        </w:tc>
        <w:tc>
          <w:tcPr>
            <w:tcW w:type="dxa" w:w="2592"/>
          </w:tcPr>
          <w:p>
            <w:r>
              <w:rPr>
                <w:sz w:val="15"/>
              </w:rPr>
              <w:t>Bu dönem için kalan</w:t>
            </w:r>
          </w:p>
        </w:tc>
        <w:tc>
          <w:tcPr>
            <w:tcW w:type="dxa" w:w="2592"/>
          </w:tcPr>
          <w:p>
            <w:r>
              <w:rPr>
                <w:sz w:val="15"/>
              </w:rPr>
              <w:t>Önceki dönemlere dair açık çekince</w:t>
            </w:r>
          </w:p>
        </w:tc>
      </w:tr>
      <w:tr>
        <w:tc>
          <w:tcPr>
            <w:tcW w:type="dxa" w:w="2592"/>
          </w:tcPr>
          <w:p>
            <w:r>
              <w:rPr>
                <w:sz w:val="15"/>
              </w:rPr>
              <w:t>[TL / DAYANAK]</w:t>
            </w:r>
          </w:p>
        </w:tc>
        <w:tc>
          <w:tcPr>
            <w:tcW w:type="dxa" w:w="2592"/>
          </w:tcPr>
          <w:p>
            <w:r>
              <w:rPr>
                <w:sz w:val="15"/>
              </w:rPr>
              <w:t>[TL]</w:t>
            </w:r>
          </w:p>
        </w:tc>
        <w:tc>
          <w:tcPr>
            <w:tcW w:type="dxa" w:w="2592"/>
          </w:tcPr>
          <w:p>
            <w:r>
              <w:rPr>
                <w:sz w:val="15"/>
              </w:rPr>
              <w:t>[TL / HESAP]</w:t>
            </w:r>
          </w:p>
        </w:tc>
        <w:tc>
          <w:tcPr>
            <w:tcW w:type="dxa" w:w="2592"/>
          </w:tcPr>
          <w:p>
            <w:r>
              <w:rPr>
                <w:sz w:val="15"/>
              </w:rPr>
              <w:t>[YOK / DÖNEM VE TUTAR]</w:t>
            </w:r>
          </w:p>
        </w:tc>
      </w:tr>
    </w:tbl>
    <w:p>
      <w:r>
        <w:t>Varsa açıklama: [KISMİ ÖDEME, FARK, AİDAT/HİZMET BEDELİ AYRI KAYIT]. Önceki dönem borcu veya başka alacak iddiası varsa yalnız doğru ve somut tutarı çekince bölümünde belirtin.</w:t>
      </w:r>
    </w:p>
    <w:p>
      <w:r>
        <w:t>Ödeyen: [AD / TARİH / İMZA]     Tahsil eden / yetkili: [AD / TARİH / İMZA]</w:t>
      </w:r>
    </w:p>
    <w:p>
      <w:r>
        <w:t>Ödeme kanıtını dekontla karşılaştırın. Bu makbuz, yazılmayan başka borçlar için genel ibra değildir. Türk Borçlar Kanunu m. 104 uyarınca dönemsel kira için çekincesiz makbuzun önceki dönemlere etkisi olabileceğinden çekince alanı özellikle kontrol edilmelidir. Kayıt fiilî ödemeye aykırı doldurulmamalıdır.</w:t>
      </w:r>
    </w:p>
    <w:p>
      <w:r>
        <w:t>Kaynak: 6098 sayılı Türk Borçlar Kanunu m. 100–104 (Adalet Bakanlığı). Kaynak kontrolü: 04.10.2026.</w:t>
      </w:r>
    </w:p>
    <w:sectPr w:rsidR="00FC693F" w:rsidRPr="0006063C" w:rsidSect="00034616">
      <w:pgSz w:w="12240" w:h="15840"/>
      <w:pgMar w:top="879" w:right="935" w:bottom="879"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