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İş yeri araç teslim ve kullanım formu</w:t>
      </w:r>
    </w:p>
    <w:p>
      <w:r>
        <w:t>İşveren aracının çalışana fiilî teslimini, kullanım koşullarını ve iadesini aynı belge üzerinde karşılaştırmalı kaydetme örneği.</w:t>
      </w:r>
    </w:p>
    <w:p>
      <w:pPr>
        <w:pStyle w:val="Heading2"/>
      </w:pPr>
      <w:r>
        <w:t>1. Taraflar ve araç</w:t>
      </w:r>
    </w:p>
    <w:tbl>
      <w:tblPr>
        <w:tblStyle w:val="TableGrid"/>
        <w:tblW w:type="auto" w:w="0"/>
        <w:tblLook w:firstColumn="1" w:firstRow="1" w:lastColumn="0" w:lastRow="0" w:noHBand="0" w:noVBand="1" w:val="04A0"/>
      </w:tblPr>
      <w:tblGrid>
        <w:gridCol w:w="2649"/>
        <w:gridCol w:w="2649"/>
        <w:gridCol w:w="2649"/>
        <w:gridCol w:w="2649"/>
      </w:tblGrid>
      <w:tr>
        <w:tc>
          <w:tcPr>
            <w:tcW w:type="dxa" w:w="2649"/>
          </w:tcPr>
          <w:p>
            <w:r>
              <w:rPr>
                <w:sz w:val="14"/>
              </w:rPr>
              <w:t>İşveren / birim</w:t>
            </w:r>
          </w:p>
        </w:tc>
        <w:tc>
          <w:tcPr>
            <w:tcW w:type="dxa" w:w="2649"/>
          </w:tcPr>
          <w:p>
            <w:r>
              <w:rPr>
                <w:sz w:val="14"/>
              </w:rPr>
              <w:t>Aracı teslim alan</w:t>
            </w:r>
          </w:p>
        </w:tc>
        <w:tc>
          <w:tcPr>
            <w:tcW w:type="dxa" w:w="2649"/>
          </w:tcPr>
          <w:p>
            <w:r>
              <w:rPr>
                <w:sz w:val="14"/>
              </w:rPr>
              <w:t>Plaka / marka / model</w:t>
            </w:r>
          </w:p>
        </w:tc>
        <w:tc>
          <w:tcPr>
            <w:tcW w:type="dxa" w:w="2649"/>
          </w:tcPr>
          <w:p>
            <w:r>
              <w:rPr>
                <w:sz w:val="14"/>
              </w:rPr>
              <w:t>Görev / kullanım amacı</w:t>
            </w:r>
          </w:p>
        </w:tc>
      </w:tr>
      <w:tr>
        <w:tc>
          <w:tcPr>
            <w:tcW w:type="dxa" w:w="2649"/>
          </w:tcPr>
          <w:p>
            <w:r>
              <w:rPr>
                <w:sz w:val="14"/>
              </w:rPr>
              <w:t>[UNVAN / BİRİM]</w:t>
            </w:r>
          </w:p>
        </w:tc>
        <w:tc>
          <w:tcPr>
            <w:tcW w:type="dxa" w:w="2649"/>
          </w:tcPr>
          <w:p>
            <w:r>
              <w:rPr>
                <w:sz w:val="14"/>
              </w:rPr>
              <w:t>[AD / SİCİL]</w:t>
            </w:r>
          </w:p>
        </w:tc>
        <w:tc>
          <w:tcPr>
            <w:tcW w:type="dxa" w:w="2649"/>
          </w:tcPr>
          <w:p>
            <w:r>
              <w:rPr>
                <w:sz w:val="14"/>
              </w:rPr>
              <w:t>[PLAKA / ARAÇ]</w:t>
            </w:r>
          </w:p>
        </w:tc>
        <w:tc>
          <w:tcPr>
            <w:tcW w:type="dxa" w:w="2649"/>
          </w:tcPr>
          <w:p>
            <w:r>
              <w:rPr>
                <w:sz w:val="14"/>
              </w:rPr>
              <w:t>[GÖREV / SINIR]</w:t>
            </w:r>
          </w:p>
        </w:tc>
      </w:tr>
    </w:tbl>
    <w:tbl>
      <w:tblPr>
        <w:tblStyle w:val="TableGrid"/>
        <w:tblW w:type="auto" w:w="0"/>
        <w:tblLook w:firstColumn="1" w:firstRow="1" w:lastColumn="0" w:lastRow="0" w:noHBand="0" w:noVBand="1" w:val="04A0"/>
      </w:tblPr>
      <w:tblGrid>
        <w:gridCol w:w="2649"/>
        <w:gridCol w:w="2649"/>
        <w:gridCol w:w="2649"/>
        <w:gridCol w:w="2649"/>
      </w:tblGrid>
      <w:tr>
        <w:tc>
          <w:tcPr>
            <w:tcW w:type="dxa" w:w="2649"/>
          </w:tcPr>
          <w:p>
            <w:r>
              <w:rPr>
                <w:sz w:val="14"/>
              </w:rPr>
              <w:t>Teslim tarihi ve yeri</w:t>
            </w:r>
          </w:p>
        </w:tc>
        <w:tc>
          <w:tcPr>
            <w:tcW w:type="dxa" w:w="2649"/>
          </w:tcPr>
          <w:p>
            <w:r>
              <w:rPr>
                <w:sz w:val="14"/>
              </w:rPr>
              <w:t>Planlanan iade</w:t>
            </w:r>
          </w:p>
        </w:tc>
        <w:tc>
          <w:tcPr>
            <w:tcW w:type="dxa" w:w="2649"/>
          </w:tcPr>
          <w:p>
            <w:r>
              <w:rPr>
                <w:sz w:val="14"/>
              </w:rPr>
              <w:t>Kullanım talimatı / sürüm</w:t>
            </w:r>
          </w:p>
        </w:tc>
        <w:tc>
          <w:tcPr>
            <w:tcW w:type="dxa" w:w="2649"/>
          </w:tcPr>
          <w:p>
            <w:r>
              <w:rPr>
                <w:sz w:val="14"/>
              </w:rPr>
              <w:t>Sigorta / bakım referansı</w:t>
            </w:r>
          </w:p>
        </w:tc>
      </w:tr>
      <w:tr>
        <w:tc>
          <w:tcPr>
            <w:tcW w:type="dxa" w:w="2649"/>
          </w:tcPr>
          <w:p>
            <w:r>
              <w:rPr>
                <w:sz w:val="14"/>
              </w:rPr>
              <w:t>[GG.AA.YYYY SS:DD / YER]</w:t>
            </w:r>
          </w:p>
        </w:tc>
        <w:tc>
          <w:tcPr>
            <w:tcW w:type="dxa" w:w="2649"/>
          </w:tcPr>
          <w:p>
            <w:r>
              <w:rPr>
                <w:sz w:val="14"/>
              </w:rPr>
              <w:t>[GG.AA.YYYY]</w:t>
            </w:r>
          </w:p>
        </w:tc>
        <w:tc>
          <w:tcPr>
            <w:tcW w:type="dxa" w:w="2649"/>
          </w:tcPr>
          <w:p>
            <w:r>
              <w:rPr>
                <w:sz w:val="14"/>
              </w:rPr>
              <w:t>[BELGE / SÜRÜM]</w:t>
            </w:r>
          </w:p>
        </w:tc>
        <w:tc>
          <w:tcPr>
            <w:tcW w:type="dxa" w:w="2649"/>
          </w:tcPr>
          <w:p>
            <w:r>
              <w:rPr>
                <w:sz w:val="14"/>
              </w:rPr>
              <w:t>[POLİÇE / BAKIM NO]</w:t>
            </w:r>
          </w:p>
        </w:tc>
      </w:tr>
    </w:tbl>
    <w:p>
      <w:pPr>
        <w:pStyle w:val="Heading2"/>
      </w:pPr>
      <w:r>
        <w:t>2. Teslim ve iade karşılaştırması</w:t>
      </w:r>
    </w:p>
    <w:tbl>
      <w:tblPr>
        <w:tblStyle w:val="TableGrid"/>
        <w:tblW w:type="auto" w:w="0"/>
        <w:tblLook w:firstColumn="1" w:firstRow="1" w:lastColumn="0" w:lastRow="0" w:noHBand="0" w:noVBand="1" w:val="04A0"/>
      </w:tblPr>
      <w:tblGrid>
        <w:gridCol w:w="2119"/>
        <w:gridCol w:w="2119"/>
        <w:gridCol w:w="2119"/>
        <w:gridCol w:w="2119"/>
        <w:gridCol w:w="2119"/>
      </w:tblGrid>
      <w:tr>
        <w:tc>
          <w:tcPr>
            <w:tcW w:type="dxa" w:w="2119"/>
          </w:tcPr>
          <w:p>
            <w:r>
              <w:rPr>
                <w:sz w:val="14"/>
              </w:rPr>
              <w:t>Kalem</w:t>
            </w:r>
          </w:p>
        </w:tc>
        <w:tc>
          <w:tcPr>
            <w:tcW w:type="dxa" w:w="2119"/>
          </w:tcPr>
          <w:p>
            <w:r>
              <w:rPr>
                <w:sz w:val="14"/>
              </w:rPr>
              <w:t>İlk teslim kaydı</w:t>
            </w:r>
          </w:p>
        </w:tc>
        <w:tc>
          <w:tcPr>
            <w:tcW w:type="dxa" w:w="2119"/>
          </w:tcPr>
          <w:p>
            <w:r>
              <w:rPr>
                <w:sz w:val="14"/>
              </w:rPr>
              <w:t>İade kaydı / tarih</w:t>
            </w:r>
          </w:p>
        </w:tc>
        <w:tc>
          <w:tcPr>
            <w:tcW w:type="dxa" w:w="2119"/>
          </w:tcPr>
          <w:p>
            <w:r>
              <w:rPr>
                <w:sz w:val="14"/>
              </w:rPr>
              <w:t>Fotoğraf / kanıt</w:t>
            </w:r>
          </w:p>
        </w:tc>
        <w:tc>
          <w:tcPr>
            <w:tcW w:type="dxa" w:w="2119"/>
          </w:tcPr>
          <w:p>
            <w:r>
              <w:rPr>
                <w:sz w:val="14"/>
              </w:rPr>
              <w:t>Taraf çekincesi</w:t>
            </w:r>
          </w:p>
        </w:tc>
      </w:tr>
      <w:tr>
        <w:tc>
          <w:tcPr>
            <w:tcW w:type="dxa" w:w="2119"/>
          </w:tcPr>
          <w:p>
            <w:r>
              <w:rPr>
                <w:sz w:val="14"/>
              </w:rPr>
              <w:t>Kilometre</w:t>
            </w:r>
          </w:p>
        </w:tc>
        <w:tc>
          <w:tcPr>
            <w:tcW w:type="dxa" w:w="2119"/>
          </w:tcPr>
          <w:p>
            <w:r>
              <w:rPr>
                <w:sz w:val="14"/>
              </w:rPr>
              <w:t>[KM]</w:t>
            </w:r>
          </w:p>
        </w:tc>
        <w:tc>
          <w:tcPr>
            <w:tcW w:type="dxa" w:w="2119"/>
          </w:tcPr>
          <w:p>
            <w:r>
              <w:rPr>
                <w:sz w:val="14"/>
              </w:rPr>
              <w:t>[KM / TARİH]</w:t>
            </w:r>
          </w:p>
        </w:tc>
        <w:tc>
          <w:tcPr>
            <w:tcW w:type="dxa" w:w="2119"/>
          </w:tcPr>
          <w:p>
            <w:r>
              <w:rPr>
                <w:sz w:val="14"/>
              </w:rPr>
              <w:t>[NO]</w:t>
            </w:r>
          </w:p>
        </w:tc>
        <w:tc>
          <w:tcPr>
            <w:tcW w:type="dxa" w:w="2119"/>
          </w:tcPr>
          <w:p>
            <w:r>
              <w:rPr>
                <w:sz w:val="14"/>
              </w:rPr>
              <w:t>[NOT]</w:t>
            </w:r>
          </w:p>
        </w:tc>
      </w:tr>
      <w:tr>
        <w:tc>
          <w:tcPr>
            <w:tcW w:type="dxa" w:w="2119"/>
          </w:tcPr>
          <w:p>
            <w:r>
              <w:rPr>
                <w:sz w:val="14"/>
              </w:rPr>
              <w:t>Yakıt / şarj</w:t>
            </w:r>
          </w:p>
        </w:tc>
        <w:tc>
          <w:tcPr>
            <w:tcW w:type="dxa" w:w="2119"/>
          </w:tcPr>
          <w:p>
            <w:r>
              <w:rPr>
                <w:sz w:val="14"/>
              </w:rPr>
              <w:t>[SEVİYE]</w:t>
            </w:r>
          </w:p>
        </w:tc>
        <w:tc>
          <w:tcPr>
            <w:tcW w:type="dxa" w:w="2119"/>
          </w:tcPr>
          <w:p>
            <w:r>
              <w:rPr>
                <w:sz w:val="14"/>
              </w:rPr>
              <w:t>[SEVİYE / TARİH]</w:t>
            </w:r>
          </w:p>
        </w:tc>
        <w:tc>
          <w:tcPr>
            <w:tcW w:type="dxa" w:w="2119"/>
          </w:tcPr>
          <w:p>
            <w:r>
              <w:rPr>
                <w:sz w:val="14"/>
              </w:rPr>
              <w:t>[NO]</w:t>
            </w:r>
          </w:p>
        </w:tc>
        <w:tc>
          <w:tcPr>
            <w:tcW w:type="dxa" w:w="2119"/>
          </w:tcPr>
          <w:p>
            <w:r>
              <w:rPr>
                <w:sz w:val="14"/>
              </w:rPr>
              <w:t>[NOT]</w:t>
            </w:r>
          </w:p>
        </w:tc>
      </w:tr>
      <w:tr>
        <w:tc>
          <w:tcPr>
            <w:tcW w:type="dxa" w:w="2119"/>
          </w:tcPr>
          <w:p>
            <w:r>
              <w:rPr>
                <w:sz w:val="14"/>
              </w:rPr>
              <w:t>Anahtar / ruhsat</w:t>
            </w:r>
          </w:p>
        </w:tc>
        <w:tc>
          <w:tcPr>
            <w:tcW w:type="dxa" w:w="2119"/>
          </w:tcPr>
          <w:p>
            <w:r>
              <w:rPr>
                <w:sz w:val="14"/>
              </w:rPr>
              <w:t>[ADET / DURUM]</w:t>
            </w:r>
          </w:p>
        </w:tc>
        <w:tc>
          <w:tcPr>
            <w:tcW w:type="dxa" w:w="2119"/>
          </w:tcPr>
          <w:p>
            <w:r>
              <w:rPr>
                <w:sz w:val="14"/>
              </w:rPr>
              <w:t>[ADET / TARİH]</w:t>
            </w:r>
          </w:p>
        </w:tc>
        <w:tc>
          <w:tcPr>
            <w:tcW w:type="dxa" w:w="2119"/>
          </w:tcPr>
          <w:p>
            <w:r>
              <w:rPr>
                <w:sz w:val="14"/>
              </w:rPr>
              <w:t>[NO]</w:t>
            </w:r>
          </w:p>
        </w:tc>
        <w:tc>
          <w:tcPr>
            <w:tcW w:type="dxa" w:w="2119"/>
          </w:tcPr>
          <w:p>
            <w:r>
              <w:rPr>
                <w:sz w:val="14"/>
              </w:rPr>
              <w:t>[NOT]</w:t>
            </w:r>
          </w:p>
        </w:tc>
      </w:tr>
      <w:tr>
        <w:tc>
          <w:tcPr>
            <w:tcW w:type="dxa" w:w="2119"/>
          </w:tcPr>
          <w:p>
            <w:r>
              <w:rPr>
                <w:sz w:val="14"/>
              </w:rPr>
              <w:t>Gövde / cam / far</w:t>
            </w:r>
          </w:p>
        </w:tc>
        <w:tc>
          <w:tcPr>
            <w:tcW w:type="dxa" w:w="2119"/>
          </w:tcPr>
          <w:p>
            <w:r>
              <w:rPr>
                <w:sz w:val="14"/>
              </w:rPr>
              <w:t>[GÖZLEM]</w:t>
            </w:r>
          </w:p>
        </w:tc>
        <w:tc>
          <w:tcPr>
            <w:tcW w:type="dxa" w:w="2119"/>
          </w:tcPr>
          <w:p>
            <w:r>
              <w:rPr>
                <w:sz w:val="14"/>
              </w:rPr>
              <w:t>[GÖZLEM / TARİH]</w:t>
            </w:r>
          </w:p>
        </w:tc>
        <w:tc>
          <w:tcPr>
            <w:tcW w:type="dxa" w:w="2119"/>
          </w:tcPr>
          <w:p>
            <w:r>
              <w:rPr>
                <w:sz w:val="14"/>
              </w:rPr>
              <w:t>[NO]</w:t>
            </w:r>
          </w:p>
        </w:tc>
        <w:tc>
          <w:tcPr>
            <w:tcW w:type="dxa" w:w="2119"/>
          </w:tcPr>
          <w:p>
            <w:r>
              <w:rPr>
                <w:sz w:val="14"/>
              </w:rPr>
              <w:t>[NOT]</w:t>
            </w:r>
          </w:p>
        </w:tc>
      </w:tr>
      <w:tr>
        <w:tc>
          <w:tcPr>
            <w:tcW w:type="dxa" w:w="2119"/>
          </w:tcPr>
          <w:p>
            <w:r>
              <w:rPr>
                <w:sz w:val="14"/>
              </w:rPr>
              <w:t>Lastik / iç mekân</w:t>
            </w:r>
          </w:p>
        </w:tc>
        <w:tc>
          <w:tcPr>
            <w:tcW w:type="dxa" w:w="2119"/>
          </w:tcPr>
          <w:p>
            <w:r>
              <w:rPr>
                <w:sz w:val="14"/>
              </w:rPr>
              <w:t>[GÖZLEM]</w:t>
            </w:r>
          </w:p>
        </w:tc>
        <w:tc>
          <w:tcPr>
            <w:tcW w:type="dxa" w:w="2119"/>
          </w:tcPr>
          <w:p>
            <w:r>
              <w:rPr>
                <w:sz w:val="14"/>
              </w:rPr>
              <w:t>[GÖZLEM / TARİH]</w:t>
            </w:r>
          </w:p>
        </w:tc>
        <w:tc>
          <w:tcPr>
            <w:tcW w:type="dxa" w:w="2119"/>
          </w:tcPr>
          <w:p>
            <w:r>
              <w:rPr>
                <w:sz w:val="14"/>
              </w:rPr>
              <w:t>[NO]</w:t>
            </w:r>
          </w:p>
        </w:tc>
        <w:tc>
          <w:tcPr>
            <w:tcW w:type="dxa" w:w="2119"/>
          </w:tcPr>
          <w:p>
            <w:r>
              <w:rPr>
                <w:sz w:val="14"/>
              </w:rPr>
              <w:t>[NOT]</w:t>
            </w:r>
          </w:p>
        </w:tc>
      </w:tr>
      <w:tr>
        <w:tc>
          <w:tcPr>
            <w:tcW w:type="dxa" w:w="2119"/>
          </w:tcPr>
          <w:p>
            <w:r>
              <w:rPr>
                <w:sz w:val="14"/>
              </w:rPr>
              <w:t>Ekipman / aksesuar</w:t>
            </w:r>
          </w:p>
        </w:tc>
        <w:tc>
          <w:tcPr>
            <w:tcW w:type="dxa" w:w="2119"/>
          </w:tcPr>
          <w:p>
            <w:r>
              <w:rPr>
                <w:sz w:val="14"/>
              </w:rPr>
              <w:t>[LİSTE]</w:t>
            </w:r>
          </w:p>
        </w:tc>
        <w:tc>
          <w:tcPr>
            <w:tcW w:type="dxa" w:w="2119"/>
          </w:tcPr>
          <w:p>
            <w:r>
              <w:rPr>
                <w:sz w:val="14"/>
              </w:rPr>
              <w:t>[LİSTE / TARİH]</w:t>
            </w:r>
          </w:p>
        </w:tc>
        <w:tc>
          <w:tcPr>
            <w:tcW w:type="dxa" w:w="2119"/>
          </w:tcPr>
          <w:p>
            <w:r>
              <w:rPr>
                <w:sz w:val="14"/>
              </w:rPr>
              <w:t>[NO]</w:t>
            </w:r>
          </w:p>
        </w:tc>
        <w:tc>
          <w:tcPr>
            <w:tcW w:type="dxa" w:w="2119"/>
          </w:tcPr>
          <w:p>
            <w:r>
              <w:rPr>
                <w:sz w:val="14"/>
              </w:rPr>
              <w:t>[NOT]</w:t>
            </w:r>
          </w:p>
        </w:tc>
      </w:tr>
    </w:tbl>
    <w:p>
      <w:pPr>
        <w:pStyle w:val="Heading2"/>
      </w:pPr>
      <w:r>
        <w:t>3. Kullanım ve kapanış</w:t>
      </w:r>
    </w:p>
    <w:p>
      <w:r>
        <w:t>İzin verilen sürücüler ve görev kapsamı: [AD / KAPSAM]. Yakıt, otopark, HGS ve trafik bildirim usulü: [TALİMAT / KANAL]. Kaza veya arıza halinde işyeri iletişim usulü: [KURUM KANALI].</w:t>
      </w:r>
    </w:p>
    <w:p>
      <w:r>
        <w:t>Teslim anındaki görünür hasar: [YOK / KONUM VE FOTOĞRAF]. İadedeki fark: [YOK / KONUM VE FOTOĞRAF]. Hasarın nedeni ve bedeli bu formdan tek başına belirlenmez; olay, servis ve sigorta kayıtları ayrıca incelenir.</w:t>
      </w:r>
    </w:p>
    <w:tbl>
      <w:tblPr>
        <w:tblStyle w:val="TableGrid"/>
        <w:tblW w:type="auto" w:w="0"/>
        <w:tblLook w:firstColumn="1" w:firstRow="1" w:lastColumn="0" w:lastRow="0" w:noHBand="0" w:noVBand="1" w:val="04A0"/>
      </w:tblPr>
      <w:tblGrid>
        <w:gridCol w:w="2649"/>
        <w:gridCol w:w="2649"/>
        <w:gridCol w:w="2649"/>
        <w:gridCol w:w="2649"/>
      </w:tblGrid>
      <w:tr>
        <w:tc>
          <w:tcPr>
            <w:tcW w:type="dxa" w:w="2649"/>
          </w:tcPr>
          <w:p>
            <w:r>
              <w:rPr>
                <w:sz w:val="14"/>
              </w:rPr>
              <w:t>Aracı teslim eden</w:t>
            </w:r>
          </w:p>
        </w:tc>
        <w:tc>
          <w:tcPr>
            <w:tcW w:type="dxa" w:w="2649"/>
          </w:tcPr>
          <w:p>
            <w:r>
              <w:rPr>
                <w:sz w:val="14"/>
              </w:rPr>
              <w:t>Aracı teslim alan</w:t>
            </w:r>
          </w:p>
        </w:tc>
        <w:tc>
          <w:tcPr>
            <w:tcW w:type="dxa" w:w="2649"/>
          </w:tcPr>
          <w:p>
            <w:r>
              <w:rPr>
                <w:sz w:val="14"/>
              </w:rPr>
              <w:t>İadeyi yapan</w:t>
            </w:r>
          </w:p>
        </w:tc>
        <w:tc>
          <w:tcPr>
            <w:tcW w:type="dxa" w:w="2649"/>
          </w:tcPr>
          <w:p>
            <w:r>
              <w:rPr>
                <w:sz w:val="14"/>
              </w:rPr>
              <w:t>İadeyi alan</w:t>
            </w:r>
          </w:p>
        </w:tc>
      </w:tr>
      <w:tr>
        <w:tc>
          <w:tcPr>
            <w:tcW w:type="dxa" w:w="2649"/>
          </w:tcPr>
          <w:p>
            <w:r>
              <w:rPr>
                <w:sz w:val="14"/>
              </w:rPr>
              <w:t>[AD / TARİH / İMZA]</w:t>
            </w:r>
          </w:p>
        </w:tc>
        <w:tc>
          <w:tcPr>
            <w:tcW w:type="dxa" w:w="2649"/>
          </w:tcPr>
          <w:p>
            <w:r>
              <w:rPr>
                <w:sz w:val="14"/>
              </w:rPr>
              <w:t>[AD / TARİH / İMZA]</w:t>
            </w:r>
          </w:p>
        </w:tc>
        <w:tc>
          <w:tcPr>
            <w:tcW w:type="dxa" w:w="2649"/>
          </w:tcPr>
          <w:p>
            <w:r>
              <w:rPr>
                <w:sz w:val="14"/>
              </w:rPr>
              <w:t>[AD / TARİH / İMZA]</w:t>
            </w:r>
          </w:p>
        </w:tc>
        <w:tc>
          <w:tcPr>
            <w:tcW w:type="dxa" w:w="2649"/>
          </w:tcPr>
          <w:p>
            <w:r>
              <w:rPr>
                <w:sz w:val="14"/>
              </w:rPr>
              <w:t>[AD / TARİH / İMZA]</w:t>
            </w:r>
          </w:p>
        </w:tc>
      </w:tr>
    </w:tbl>
    <w:p>
      <w:r>
        <w:t>Bu kayıt, iş sözleşmesi veya araç kullanım politikasının yerine geçmez; çalışanın her zarardan otomatik sorumlu olduğu veya haklarından feragat ettiği anlamına gelmez. Türk Borçlar Kanunu m. 396 işçinin işverene ait araçları özenle kullanmasını, m. 413 iş araçlarının sağlanmasını düzenler. Somut kusur ve gider ayrı değerlendirilir.</w:t>
      </w:r>
    </w:p>
    <w:p>
      <w:r>
        <w:t>Kaynak: Çalışma ve Sosyal Güvenlik Bakanlığı yayımlı 6098 sayılı Türk Borçlar Kanunu m. 396 ve 413. Kontrol: 04.10.2026.</w:t>
      </w:r>
    </w:p>
    <w:sectPr w:rsidR="00FC693F" w:rsidRPr="0006063C" w:rsidSect="00034616">
      <w:pgSz w:w="12240" w:h="15840"/>
      <w:pgMar w:top="850" w:right="822" w:bottom="850"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