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İş kazası tanık gözlem tutanağı</w:t>
      </w:r>
    </w:p>
    <w:p>
      <w:r>
        <w:t>Olayı gören kişinin kendi doğrudan gözlemini ve sonradan öğrendiklerini ayrı kaydetme örneği. Acil yardım ve yasal bildirim süreçleri ayrıca yürütülür.</w:t>
      </w:r>
    </w:p>
    <w:p>
      <w:pPr>
        <w:pStyle w:val="Heading2"/>
      </w:pPr>
      <w:r>
        <w:t>1. Olay ve tanık</w:t>
      </w:r>
    </w:p>
    <w:tbl>
      <w:tblPr>
        <w:tblStyle w:val="TableGrid"/>
        <w:tblW w:type="auto" w:w="0"/>
        <w:tblLook w:firstColumn="1" w:firstRow="1" w:lastColumn="0" w:lastRow="0" w:noHBand="0" w:noVBand="1" w:val="04A0"/>
      </w:tblPr>
      <w:tblGrid>
        <w:gridCol w:w="2635"/>
        <w:gridCol w:w="2635"/>
        <w:gridCol w:w="2635"/>
        <w:gridCol w:w="2635"/>
      </w:tblGrid>
      <w:tr>
        <w:tc>
          <w:tcPr>
            <w:tcW w:type="dxa" w:w="2635"/>
          </w:tcPr>
          <w:p>
            <w:r>
              <w:rPr>
                <w:sz w:val="14"/>
              </w:rPr>
              <w:t>İşyeri / birim</w:t>
            </w:r>
          </w:p>
        </w:tc>
        <w:tc>
          <w:tcPr>
            <w:tcW w:type="dxa" w:w="2635"/>
          </w:tcPr>
          <w:p>
            <w:r>
              <w:rPr>
                <w:sz w:val="14"/>
              </w:rPr>
              <w:t>Olay tarihi ve saati</w:t>
            </w:r>
          </w:p>
        </w:tc>
        <w:tc>
          <w:tcPr>
            <w:tcW w:type="dxa" w:w="2635"/>
          </w:tcPr>
          <w:p>
            <w:r>
              <w:rPr>
                <w:sz w:val="14"/>
              </w:rPr>
              <w:t>Olay yeri</w:t>
            </w:r>
          </w:p>
        </w:tc>
        <w:tc>
          <w:tcPr>
            <w:tcW w:type="dxa" w:w="2635"/>
          </w:tcPr>
          <w:p>
            <w:r>
              <w:rPr>
                <w:sz w:val="14"/>
              </w:rPr>
              <w:t>Tanık adı ve görevi</w:t>
            </w:r>
          </w:p>
        </w:tc>
      </w:tr>
      <w:tr>
        <w:tc>
          <w:tcPr>
            <w:tcW w:type="dxa" w:w="2635"/>
          </w:tcPr>
          <w:p>
            <w:r>
              <w:rPr>
                <w:sz w:val="14"/>
              </w:rPr>
              <w:t>[İŞYERİ / BİRİM]</w:t>
            </w:r>
          </w:p>
        </w:tc>
        <w:tc>
          <w:tcPr>
            <w:tcW w:type="dxa" w:w="2635"/>
          </w:tcPr>
          <w:p>
            <w:r>
              <w:rPr>
                <w:sz w:val="14"/>
              </w:rPr>
              <w:t>[GG.AA.YYYY SS:DD]</w:t>
            </w:r>
          </w:p>
        </w:tc>
        <w:tc>
          <w:tcPr>
            <w:tcW w:type="dxa" w:w="2635"/>
          </w:tcPr>
          <w:p>
            <w:r>
              <w:rPr>
                <w:sz w:val="14"/>
              </w:rPr>
              <w:t>[SOMUT YER]</w:t>
            </w:r>
          </w:p>
        </w:tc>
        <w:tc>
          <w:tcPr>
            <w:tcW w:type="dxa" w:w="2635"/>
          </w:tcPr>
          <w:p>
            <w:r>
              <w:rPr>
                <w:sz w:val="14"/>
              </w:rPr>
              <w:t>[AD / GÖREV]</w:t>
            </w:r>
          </w:p>
        </w:tc>
      </w:tr>
    </w:tbl>
    <w:p>
      <w:r>
        <w:t>Tanığın olay anındaki konumu ve görüş/işitme koşulu: [KONUM / MESAFE / ENGEL]. İlk ifade tarihi ve saati: [GG.AA.YYYY SS:DD].</w:t>
      </w:r>
    </w:p>
    <w:p>
      <w:pPr>
        <w:pStyle w:val="Heading2"/>
      </w:pPr>
      <w:r>
        <w:t>2. Doğrudan gözlediğim olay sırası</w:t>
      </w:r>
    </w:p>
    <w:tbl>
      <w:tblPr>
        <w:tblStyle w:val="TableGrid"/>
        <w:tblW w:type="auto" w:w="0"/>
        <w:tblLook w:firstColumn="1" w:firstRow="1" w:lastColumn="0" w:lastRow="0" w:noHBand="0" w:noVBand="1" w:val="04A0"/>
      </w:tblPr>
      <w:tblGrid>
        <w:gridCol w:w="2635"/>
        <w:gridCol w:w="2635"/>
        <w:gridCol w:w="2635"/>
        <w:gridCol w:w="2635"/>
      </w:tblGrid>
      <w:tr>
        <w:tc>
          <w:tcPr>
            <w:tcW w:type="dxa" w:w="2635"/>
          </w:tcPr>
          <w:p>
            <w:r>
              <w:rPr>
                <w:sz w:val="14"/>
              </w:rPr>
              <w:t>Sıra / yaklaşık saat</w:t>
            </w:r>
          </w:p>
        </w:tc>
        <w:tc>
          <w:tcPr>
            <w:tcW w:type="dxa" w:w="2635"/>
          </w:tcPr>
          <w:p>
            <w:r>
              <w:rPr>
                <w:sz w:val="14"/>
              </w:rPr>
              <w:t>Bizzat gördüğüm veya duyduğum olgu</w:t>
            </w:r>
          </w:p>
        </w:tc>
        <w:tc>
          <w:tcPr>
            <w:tcW w:type="dxa" w:w="2635"/>
          </w:tcPr>
          <w:p>
            <w:r>
              <w:rPr>
                <w:sz w:val="14"/>
              </w:rPr>
              <w:t>Konum / kişi / nesne</w:t>
            </w:r>
          </w:p>
        </w:tc>
        <w:tc>
          <w:tcPr>
            <w:tcW w:type="dxa" w:w="2635"/>
          </w:tcPr>
          <w:p>
            <w:r>
              <w:rPr>
                <w:sz w:val="14"/>
              </w:rPr>
              <w:t>Kanıt referansı</w:t>
            </w:r>
          </w:p>
        </w:tc>
      </w:tr>
      <w:tr>
        <w:tc>
          <w:tcPr>
            <w:tcW w:type="dxa" w:w="2635"/>
          </w:tcPr>
          <w:p>
            <w:r>
              <w:rPr>
                <w:sz w:val="14"/>
              </w:rPr>
              <w:t>1 [SAAT]</w:t>
            </w:r>
          </w:p>
        </w:tc>
        <w:tc>
          <w:tcPr>
            <w:tcW w:type="dxa" w:w="2635"/>
          </w:tcPr>
          <w:p>
            <w:r>
              <w:rPr>
                <w:sz w:val="14"/>
              </w:rPr>
              <w:t>[KENDİ GÖZLEMİM]</w:t>
            </w:r>
          </w:p>
        </w:tc>
        <w:tc>
          <w:tcPr>
            <w:tcW w:type="dxa" w:w="2635"/>
          </w:tcPr>
          <w:p>
            <w:r>
              <w:rPr>
                <w:sz w:val="14"/>
              </w:rPr>
              <w:t>[YER / KİŞİ]</w:t>
            </w:r>
          </w:p>
        </w:tc>
        <w:tc>
          <w:tcPr>
            <w:tcW w:type="dxa" w:w="2635"/>
          </w:tcPr>
          <w:p>
            <w:r>
              <w:rPr>
                <w:sz w:val="14"/>
              </w:rPr>
              <w:t>[FOTO / KAYIT]</w:t>
            </w:r>
          </w:p>
        </w:tc>
      </w:tr>
      <w:tr>
        <w:tc>
          <w:tcPr>
            <w:tcW w:type="dxa" w:w="2635"/>
          </w:tcPr>
          <w:p>
            <w:r>
              <w:rPr>
                <w:sz w:val="14"/>
              </w:rPr>
              <w:t>2 [SAAT]</w:t>
            </w:r>
          </w:p>
        </w:tc>
        <w:tc>
          <w:tcPr>
            <w:tcW w:type="dxa" w:w="2635"/>
          </w:tcPr>
          <w:p>
            <w:r>
              <w:rPr>
                <w:sz w:val="14"/>
              </w:rPr>
              <w:t>[KENDİ GÖZLEMİM]</w:t>
            </w:r>
          </w:p>
        </w:tc>
        <w:tc>
          <w:tcPr>
            <w:tcW w:type="dxa" w:w="2635"/>
          </w:tcPr>
          <w:p>
            <w:r>
              <w:rPr>
                <w:sz w:val="14"/>
              </w:rPr>
              <w:t>[YER / KİŞİ]</w:t>
            </w:r>
          </w:p>
        </w:tc>
        <w:tc>
          <w:tcPr>
            <w:tcW w:type="dxa" w:w="2635"/>
          </w:tcPr>
          <w:p>
            <w:r>
              <w:rPr>
                <w:sz w:val="14"/>
              </w:rPr>
              <w:t>[FOTO / KAYIT]</w:t>
            </w:r>
          </w:p>
        </w:tc>
      </w:tr>
      <w:tr>
        <w:tc>
          <w:tcPr>
            <w:tcW w:type="dxa" w:w="2635"/>
          </w:tcPr>
          <w:p>
            <w:r>
              <w:rPr>
                <w:sz w:val="14"/>
              </w:rPr>
              <w:t>3 [SAAT]</w:t>
            </w:r>
          </w:p>
        </w:tc>
        <w:tc>
          <w:tcPr>
            <w:tcW w:type="dxa" w:w="2635"/>
          </w:tcPr>
          <w:p>
            <w:r>
              <w:rPr>
                <w:sz w:val="14"/>
              </w:rPr>
              <w:t>[KENDİ GÖZLEMİM]</w:t>
            </w:r>
          </w:p>
        </w:tc>
        <w:tc>
          <w:tcPr>
            <w:tcW w:type="dxa" w:w="2635"/>
          </w:tcPr>
          <w:p>
            <w:r>
              <w:rPr>
                <w:sz w:val="14"/>
              </w:rPr>
              <w:t>[YER / KİŞİ]</w:t>
            </w:r>
          </w:p>
        </w:tc>
        <w:tc>
          <w:tcPr>
            <w:tcW w:type="dxa" w:w="2635"/>
          </w:tcPr>
          <w:p>
            <w:r>
              <w:rPr>
                <w:sz w:val="14"/>
              </w:rPr>
              <w:t>[FOTO / KAYIT]</w:t>
            </w:r>
          </w:p>
        </w:tc>
      </w:tr>
    </w:tbl>
    <w:p>
      <w:pPr>
        <w:pStyle w:val="Heading2"/>
      </w:pPr>
      <w:r>
        <w:t>3. Sonradan öğrendiğim bilgi</w:t>
      </w:r>
    </w:p>
    <w:tbl>
      <w:tblPr>
        <w:tblStyle w:val="TableGrid"/>
        <w:tblW w:type="auto" w:w="0"/>
        <w:tblLook w:firstColumn="1" w:firstRow="1" w:lastColumn="0" w:lastRow="0" w:noHBand="0" w:noVBand="1" w:val="04A0"/>
      </w:tblPr>
      <w:tblGrid>
        <w:gridCol w:w="3513"/>
        <w:gridCol w:w="3513"/>
        <w:gridCol w:w="3513"/>
      </w:tblGrid>
      <w:tr>
        <w:tc>
          <w:tcPr>
            <w:tcW w:type="dxa" w:w="3513"/>
          </w:tcPr>
          <w:p>
            <w:r>
              <w:rPr>
                <w:sz w:val="14"/>
              </w:rPr>
              <w:t>Bilgi</w:t>
            </w:r>
          </w:p>
        </w:tc>
        <w:tc>
          <w:tcPr>
            <w:tcW w:type="dxa" w:w="3513"/>
          </w:tcPr>
          <w:p>
            <w:r>
              <w:rPr>
                <w:sz w:val="14"/>
              </w:rPr>
              <w:t>Kimden / ne zaman öğrendim</w:t>
            </w:r>
          </w:p>
        </w:tc>
        <w:tc>
          <w:tcPr>
            <w:tcW w:type="dxa" w:w="3513"/>
          </w:tcPr>
          <w:p>
            <w:r>
              <w:rPr>
                <w:sz w:val="14"/>
              </w:rPr>
              <w:t>Doğrulama kaydı</w:t>
            </w:r>
          </w:p>
        </w:tc>
      </w:tr>
      <w:tr>
        <w:tc>
          <w:tcPr>
            <w:tcW w:type="dxa" w:w="3513"/>
          </w:tcPr>
          <w:p>
            <w:r>
              <w:rPr>
                <w:sz w:val="14"/>
              </w:rPr>
              <w:t>[GÖRMEDİĞİM BİLGİ]</w:t>
            </w:r>
          </w:p>
        </w:tc>
        <w:tc>
          <w:tcPr>
            <w:tcW w:type="dxa" w:w="3513"/>
          </w:tcPr>
          <w:p>
            <w:r>
              <w:rPr>
                <w:sz w:val="14"/>
              </w:rPr>
              <w:t>[KAYNAK / TARİH]</w:t>
            </w:r>
          </w:p>
        </w:tc>
        <w:tc>
          <w:tcPr>
            <w:tcW w:type="dxa" w:w="3513"/>
          </w:tcPr>
          <w:p>
            <w:r>
              <w:rPr>
                <w:sz w:val="14"/>
              </w:rPr>
              <w:t>[VAR / YOK / NO]</w:t>
            </w:r>
          </w:p>
        </w:tc>
      </w:tr>
      <w:tr>
        <w:tc>
          <w:tcPr>
            <w:tcW w:type="dxa" w:w="3513"/>
          </w:tcPr>
          <w:p>
            <w:r>
              <w:rPr>
                <w:sz w:val="14"/>
              </w:rPr>
              <w:t>[GÖRMEDİĞİM BİLGİ]</w:t>
            </w:r>
          </w:p>
        </w:tc>
        <w:tc>
          <w:tcPr>
            <w:tcW w:type="dxa" w:w="3513"/>
          </w:tcPr>
          <w:p>
            <w:r>
              <w:rPr>
                <w:sz w:val="14"/>
              </w:rPr>
              <w:t>[KAYNAK / TARİH]</w:t>
            </w:r>
          </w:p>
        </w:tc>
        <w:tc>
          <w:tcPr>
            <w:tcW w:type="dxa" w:w="3513"/>
          </w:tcPr>
          <w:p>
            <w:r>
              <w:rPr>
                <w:sz w:val="14"/>
              </w:rPr>
              <w:t>[VAR / YOK / NO]</w:t>
            </w:r>
          </w:p>
        </w:tc>
      </w:tr>
    </w:tbl>
    <w:p>
      <w:r>
        <w:t>Olay sonrası yaptığım yardım veya bildirim: [NE / KİME / SAAT]. İfademin okunup doğrulanması: [TARİH / SAAT]. Tanık imzası: [İMZA]. İfadeyi alan: [AD / GÖREV / İMZA].</w:t>
      </w:r>
    </w:p>
    <w:p>
      <w:r>
        <w:t>Bu form tıbbi teşhis, kusur tespiti veya resmî iş kazası bildirimi değildir. Çalışanın sağlık verisi gibi gereksiz ayrıntıları yazmayın. İşverenin SGK ve ilgili makama bildirim yükümlülüğü kendi usul ve süresinde ayrıca yürütülür; 4/a çalışan için SGK genel bilgisi olaydan sonraki üç iş gününü belirtir, istisnalar ayrıca kontrol edilmelidir.</w:t>
      </w:r>
    </w:p>
    <w:p>
      <w:r>
        <w:t>Kaynak: 6331 sayılı İş Sağlığı ve Güvenliği Kanunu m. 14; SGK İş Kazası ve İşverenin Yükümlülükleri sayfaları. Kontrol: 04.10.2026.</w:t>
      </w:r>
    </w:p>
    <w:sectPr w:rsidR="00FC693F" w:rsidRPr="0006063C" w:rsidSect="00034616">
      <w:pgSz w:w="12240" w:h="15840"/>
      <w:pgMar w:top="879" w:right="850" w:bottom="879"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w:hAnsi="Aptos"/>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