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Düğün Hizmeti İptal ve İade Hesabı Talebi</w:t>
      </w:r>
    </w:p>
    <w:p>
      <w:r>
        <w:t>Sağlayıcı: [AD]   Müşteri: [AD]   Sözleşme: [NO/TARİH]   Etkinlik: [TARİH/YER]. İptal eden taraf/neden/bildirim tarihi: [AÇIKLAMA].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Sözleşme bedeli / ödeme</w:t>
            </w:r>
          </w:p>
        </w:tc>
        <w:tc>
          <w:tcPr>
            <w:tcW w:type="dxa" w:w="2550"/>
          </w:tcPr>
          <w:p>
            <w:r>
              <w:t>İfa edilmiş hizmet ve kanıt</w:t>
            </w:r>
          </w:p>
        </w:tc>
        <w:tc>
          <w:tcPr>
            <w:tcW w:type="dxa" w:w="2550"/>
          </w:tcPr>
          <w:p>
            <w:r>
              <w:t>Zorunlu gider / belge</w:t>
            </w:r>
          </w:p>
        </w:tc>
        <w:tc>
          <w:tcPr>
            <w:tcW w:type="dxa" w:w="2550"/>
          </w:tcPr>
          <w:p>
            <w:r>
              <w:t>Önerilen iade / tarih</w:t>
            </w:r>
          </w:p>
        </w:tc>
      </w:tr>
      <w:tr>
        <w:tc>
          <w:tcPr>
            <w:tcW w:type="dxa" w:w="2550"/>
          </w:tcPr>
          <w:p>
            <w:r>
              <w:t>[TUTAR/DEKONT]</w:t>
            </w:r>
          </w:p>
        </w:tc>
        <w:tc>
          <w:tcPr>
            <w:tcW w:type="dxa" w:w="2550"/>
          </w:tcPr>
          <w:p>
            <w:r>
              <w:t>[KALEM/KANIT]</w:t>
            </w:r>
          </w:p>
        </w:tc>
        <w:tc>
          <w:tcPr>
            <w:tcW w:type="dxa" w:w="2550"/>
          </w:tcPr>
          <w:p>
            <w:r>
              <w:t>[KALEM/BELGE]</w:t>
            </w:r>
          </w:p>
        </w:tc>
        <w:tc>
          <w:tcPr>
            <w:tcW w:type="dxa" w:w="2550"/>
          </w:tcPr>
          <w:p>
            <w:r>
              <w:t>[TUTAR/TARİH]</w:t>
            </w:r>
          </w:p>
        </w:tc>
      </w:tr>
      <w:tr>
        <w:tc>
          <w:tcPr>
            <w:tcW w:type="dxa" w:w="2550"/>
          </w:tcPr>
          <w:p>
            <w:r>
              <w:t>[TUTAR/DEKONT]</w:t>
            </w:r>
          </w:p>
        </w:tc>
        <w:tc>
          <w:tcPr>
            <w:tcW w:type="dxa" w:w="2550"/>
          </w:tcPr>
          <w:p>
            <w:r>
              <w:t>[KALEM/KANIT]</w:t>
            </w:r>
          </w:p>
        </w:tc>
        <w:tc>
          <w:tcPr>
            <w:tcW w:type="dxa" w:w="2550"/>
          </w:tcPr>
          <w:p>
            <w:r>
              <w:t>[KALEM/BELGE]</w:t>
            </w:r>
          </w:p>
        </w:tc>
        <w:tc>
          <w:tcPr>
            <w:tcW w:type="dxa" w:w="2550"/>
          </w:tcPr>
          <w:p>
            <w:r>
              <w:t>[TUTAR/TARİH]</w:t>
            </w:r>
          </w:p>
        </w:tc>
      </w:tr>
    </w:tbl>
    <w:p>
      <w:r>
        <w:t>Sözleşmedeki iptal hükmünün ve her kesintinin dayanağının kalem kalem yazılı açıklanmasını istiyorum. Erteleme seçeneği: [VARSA]. Ekler: [SÖZLEŞME/DEKONT/YAZIŞMA]. İmza/tarih: [ ]. Bu talep otomatik tam iade veya otomatik cayma hakkı iddiası değildir; belirli tarihli hizmetin niteliği ve somut iptal nedeni ayrıca değerlendirilmelidir.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