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Bilgisayar ve telefon zimmet teslim formu</w:t>
      </w:r>
    </w:p>
    <w:p>
      <w:r>
        <w:t>İşverene ait bilgisayar ve telefonu, seri numarası ve aksesuarlarıyla çalışan bazında teslim ve iade için kaydetme örneği.</w:t>
      </w:r>
    </w:p>
    <w:p>
      <w:pPr>
        <w:pStyle w:val="Heading2"/>
      </w:pPr>
      <w:r>
        <w:t>1. Taraflar ve işlem</w:t>
      </w:r>
    </w:p>
    <w:tbl>
      <w:tblPr>
        <w:tblStyle w:val="TableGrid"/>
        <w:tblW w:type="auto" w:w="0"/>
        <w:tblLook w:firstColumn="1" w:firstRow="1" w:lastColumn="0" w:lastRow="0" w:noHBand="0" w:noVBand="1" w:val="04A0"/>
      </w:tblPr>
      <w:tblGrid>
        <w:gridCol w:w="2649"/>
        <w:gridCol w:w="2649"/>
        <w:gridCol w:w="2649"/>
        <w:gridCol w:w="2649"/>
      </w:tblGrid>
      <w:tr>
        <w:tc>
          <w:tcPr>
            <w:tcW w:type="dxa" w:w="2649"/>
          </w:tcPr>
          <w:p>
            <w:r>
              <w:rPr>
                <w:sz w:val="14"/>
              </w:rPr>
              <w:t>İşveren / birim</w:t>
            </w:r>
          </w:p>
        </w:tc>
        <w:tc>
          <w:tcPr>
            <w:tcW w:type="dxa" w:w="2649"/>
          </w:tcPr>
          <w:p>
            <w:r>
              <w:rPr>
                <w:sz w:val="14"/>
              </w:rPr>
              <w:t>Çalışan</w:t>
            </w:r>
          </w:p>
        </w:tc>
        <w:tc>
          <w:tcPr>
            <w:tcW w:type="dxa" w:w="2649"/>
          </w:tcPr>
          <w:p>
            <w:r>
              <w:rPr>
                <w:sz w:val="14"/>
              </w:rPr>
              <w:t>Teslim tarihi ve yeri</w:t>
            </w:r>
          </w:p>
        </w:tc>
        <w:tc>
          <w:tcPr>
            <w:tcW w:type="dxa" w:w="2649"/>
          </w:tcPr>
          <w:p>
            <w:r>
              <w:rPr>
                <w:sz w:val="14"/>
              </w:rPr>
              <w:t>İş aracı kullanım talimatı</w:t>
            </w:r>
          </w:p>
        </w:tc>
      </w:tr>
      <w:tr>
        <w:tc>
          <w:tcPr>
            <w:tcW w:type="dxa" w:w="2649"/>
          </w:tcPr>
          <w:p>
            <w:r>
              <w:rPr>
                <w:sz w:val="14"/>
              </w:rPr>
              <w:t>[UNVAN / BİRİM]</w:t>
            </w:r>
          </w:p>
        </w:tc>
        <w:tc>
          <w:tcPr>
            <w:tcW w:type="dxa" w:w="2649"/>
          </w:tcPr>
          <w:p>
            <w:r>
              <w:rPr>
                <w:sz w:val="14"/>
              </w:rPr>
              <w:t>[AD / SİCİL]</w:t>
            </w:r>
          </w:p>
        </w:tc>
        <w:tc>
          <w:tcPr>
            <w:tcW w:type="dxa" w:w="2649"/>
          </w:tcPr>
          <w:p>
            <w:r>
              <w:rPr>
                <w:sz w:val="14"/>
              </w:rPr>
              <w:t>[GG.AA.YYYY / YER]</w:t>
            </w:r>
          </w:p>
        </w:tc>
        <w:tc>
          <w:tcPr>
            <w:tcW w:type="dxa" w:w="2649"/>
          </w:tcPr>
          <w:p>
            <w:r>
              <w:rPr>
                <w:sz w:val="14"/>
              </w:rPr>
              <w:t>[BELGE / SÜRÜM]</w:t>
            </w:r>
          </w:p>
        </w:tc>
      </w:tr>
    </w:tbl>
    <w:p>
      <w:pPr>
        <w:pStyle w:val="Heading2"/>
      </w:pPr>
      <w:r>
        <w:t>2. Cihaz bazlı teslim</w:t>
      </w:r>
    </w:p>
    <w:tbl>
      <w:tblPr>
        <w:tblStyle w:val="TableGrid"/>
        <w:tblW w:type="auto" w:w="0"/>
        <w:tblLook w:firstColumn="1" w:firstRow="1" w:lastColumn="0" w:lastRow="0" w:noHBand="0" w:noVBand="1" w:val="04A0"/>
      </w:tblPr>
      <w:tblGrid>
        <w:gridCol w:w="2119"/>
        <w:gridCol w:w="2119"/>
        <w:gridCol w:w="2119"/>
        <w:gridCol w:w="2119"/>
        <w:gridCol w:w="2119"/>
      </w:tblGrid>
      <w:tr>
        <w:tc>
          <w:tcPr>
            <w:tcW w:type="dxa" w:w="2119"/>
          </w:tcPr>
          <w:p>
            <w:r>
              <w:rPr>
                <w:sz w:val="14"/>
              </w:rPr>
              <w:t>No / cihaz</w:t>
            </w:r>
          </w:p>
        </w:tc>
        <w:tc>
          <w:tcPr>
            <w:tcW w:type="dxa" w:w="2119"/>
          </w:tcPr>
          <w:p>
            <w:r>
              <w:rPr>
                <w:sz w:val="14"/>
              </w:rPr>
              <w:t>Marka model / seri no</w:t>
            </w:r>
          </w:p>
        </w:tc>
        <w:tc>
          <w:tcPr>
            <w:tcW w:type="dxa" w:w="2119"/>
          </w:tcPr>
          <w:p>
            <w:r>
              <w:rPr>
                <w:sz w:val="14"/>
              </w:rPr>
              <w:t>Aksesuar ve adet</w:t>
            </w:r>
          </w:p>
        </w:tc>
        <w:tc>
          <w:tcPr>
            <w:tcW w:type="dxa" w:w="2119"/>
          </w:tcPr>
          <w:p>
            <w:r>
              <w:rPr>
                <w:sz w:val="14"/>
              </w:rPr>
              <w:t>Teslim durumu / foto</w:t>
            </w:r>
          </w:p>
        </w:tc>
        <w:tc>
          <w:tcPr>
            <w:tcW w:type="dxa" w:w="2119"/>
          </w:tcPr>
          <w:p>
            <w:r>
              <w:rPr>
                <w:sz w:val="14"/>
              </w:rPr>
              <w:t>Çalışan çekincesi</w:t>
            </w:r>
          </w:p>
        </w:tc>
      </w:tr>
      <w:tr>
        <w:tc>
          <w:tcPr>
            <w:tcW w:type="dxa" w:w="2119"/>
          </w:tcPr>
          <w:p>
            <w:r>
              <w:rPr>
                <w:sz w:val="14"/>
              </w:rPr>
              <w:t>1 Bilgisayar</w:t>
            </w:r>
          </w:p>
        </w:tc>
        <w:tc>
          <w:tcPr>
            <w:tcW w:type="dxa" w:w="2119"/>
          </w:tcPr>
          <w:p>
            <w:r>
              <w:rPr>
                <w:sz w:val="14"/>
              </w:rPr>
              <w:t>[MODEL / SERİ]</w:t>
            </w:r>
          </w:p>
        </w:tc>
        <w:tc>
          <w:tcPr>
            <w:tcW w:type="dxa" w:w="2119"/>
          </w:tcPr>
          <w:p>
            <w:r>
              <w:rPr>
                <w:sz w:val="14"/>
              </w:rPr>
              <w:t>[ŞARJ / ÇANTA / ADET]</w:t>
            </w:r>
          </w:p>
        </w:tc>
        <w:tc>
          <w:tcPr>
            <w:tcW w:type="dxa" w:w="2119"/>
          </w:tcPr>
          <w:p>
            <w:r>
              <w:rPr>
                <w:sz w:val="14"/>
              </w:rPr>
              <w:t>[GÖZLEM / FOTO NO]</w:t>
            </w:r>
          </w:p>
        </w:tc>
        <w:tc>
          <w:tcPr>
            <w:tcW w:type="dxa" w:w="2119"/>
          </w:tcPr>
          <w:p>
            <w:r>
              <w:rPr>
                <w:sz w:val="14"/>
              </w:rPr>
              <w:t>[NOT]</w:t>
            </w:r>
          </w:p>
        </w:tc>
      </w:tr>
      <w:tr>
        <w:tc>
          <w:tcPr>
            <w:tcW w:type="dxa" w:w="2119"/>
          </w:tcPr>
          <w:p>
            <w:r>
              <w:rPr>
                <w:sz w:val="14"/>
              </w:rPr>
              <w:t>2 Telefon</w:t>
            </w:r>
          </w:p>
        </w:tc>
        <w:tc>
          <w:tcPr>
            <w:tcW w:type="dxa" w:w="2119"/>
          </w:tcPr>
          <w:p>
            <w:r>
              <w:rPr>
                <w:sz w:val="14"/>
              </w:rPr>
              <w:t>[MODEL / IMEI SON 4]</w:t>
            </w:r>
          </w:p>
        </w:tc>
        <w:tc>
          <w:tcPr>
            <w:tcW w:type="dxa" w:w="2119"/>
          </w:tcPr>
          <w:p>
            <w:r>
              <w:rPr>
                <w:sz w:val="14"/>
              </w:rPr>
              <w:t>[ŞARJ / KILIF / ADET]</w:t>
            </w:r>
          </w:p>
        </w:tc>
        <w:tc>
          <w:tcPr>
            <w:tcW w:type="dxa" w:w="2119"/>
          </w:tcPr>
          <w:p>
            <w:r>
              <w:rPr>
                <w:sz w:val="14"/>
              </w:rPr>
              <w:t>[GÖZLEM / FOTO NO]</w:t>
            </w:r>
          </w:p>
        </w:tc>
        <w:tc>
          <w:tcPr>
            <w:tcW w:type="dxa" w:w="2119"/>
          </w:tcPr>
          <w:p>
            <w:r>
              <w:rPr>
                <w:sz w:val="14"/>
              </w:rPr>
              <w:t>[NOT]</w:t>
            </w:r>
          </w:p>
        </w:tc>
      </w:tr>
      <w:tr>
        <w:tc>
          <w:tcPr>
            <w:tcW w:type="dxa" w:w="2119"/>
          </w:tcPr>
          <w:p>
            <w:r>
              <w:rPr>
                <w:sz w:val="14"/>
              </w:rPr>
              <w:t>3 Diğer</w:t>
            </w:r>
          </w:p>
        </w:tc>
        <w:tc>
          <w:tcPr>
            <w:tcW w:type="dxa" w:w="2119"/>
          </w:tcPr>
          <w:p>
            <w:r>
              <w:rPr>
                <w:sz w:val="14"/>
              </w:rPr>
              <w:t>[MODEL / SERİ]</w:t>
            </w:r>
          </w:p>
        </w:tc>
        <w:tc>
          <w:tcPr>
            <w:tcW w:type="dxa" w:w="2119"/>
          </w:tcPr>
          <w:p>
            <w:r>
              <w:rPr>
                <w:sz w:val="14"/>
              </w:rPr>
              <w:t>[LİSTE]</w:t>
            </w:r>
          </w:p>
        </w:tc>
        <w:tc>
          <w:tcPr>
            <w:tcW w:type="dxa" w:w="2119"/>
          </w:tcPr>
          <w:p>
            <w:r>
              <w:rPr>
                <w:sz w:val="14"/>
              </w:rPr>
              <w:t>[GÖZLEM / FOTO NO]</w:t>
            </w:r>
          </w:p>
        </w:tc>
        <w:tc>
          <w:tcPr>
            <w:tcW w:type="dxa" w:w="2119"/>
          </w:tcPr>
          <w:p>
            <w:r>
              <w:rPr>
                <w:sz w:val="14"/>
              </w:rPr>
              <w:t>[NOT]</w:t>
            </w:r>
          </w:p>
        </w:tc>
      </w:tr>
    </w:tbl>
    <w:p>
      <w:r>
        <w:t>IMEI ve cihaz kimliğini kurum envanterinde tam olarak doğrulayın. Herkese açık veya gereksiz dolaşıma girecek nüshada yalnız gerekli son haneleri gösterin. Parola, tek kullanımlık kod ve kişisel hesap bilgisini bu forma yazmayın.</w:t>
      </w:r>
    </w:p>
    <w:p>
      <w:pPr>
        <w:pStyle w:val="Heading2"/>
      </w:pPr>
      <w:r>
        <w:t>3. İade ve kapanış</w:t>
      </w:r>
    </w:p>
    <w:tbl>
      <w:tblPr>
        <w:tblStyle w:val="TableGrid"/>
        <w:tblW w:type="auto" w:w="0"/>
        <w:tblLook w:firstColumn="1" w:firstRow="1" w:lastColumn="0" w:lastRow="0" w:noHBand="0" w:noVBand="1" w:val="04A0"/>
      </w:tblPr>
      <w:tblGrid>
        <w:gridCol w:w="2119"/>
        <w:gridCol w:w="2119"/>
        <w:gridCol w:w="2119"/>
        <w:gridCol w:w="2119"/>
        <w:gridCol w:w="2119"/>
      </w:tblGrid>
      <w:tr>
        <w:tc>
          <w:tcPr>
            <w:tcW w:type="dxa" w:w="2119"/>
          </w:tcPr>
          <w:p>
            <w:r>
              <w:rPr>
                <w:sz w:val="14"/>
              </w:rPr>
              <w:t>Cihaz no</w:t>
            </w:r>
          </w:p>
        </w:tc>
        <w:tc>
          <w:tcPr>
            <w:tcW w:type="dxa" w:w="2119"/>
          </w:tcPr>
          <w:p>
            <w:r>
              <w:rPr>
                <w:sz w:val="14"/>
              </w:rPr>
              <w:t>İade tarihi</w:t>
            </w:r>
          </w:p>
        </w:tc>
        <w:tc>
          <w:tcPr>
            <w:tcW w:type="dxa" w:w="2119"/>
          </w:tcPr>
          <w:p>
            <w:r>
              <w:rPr>
                <w:sz w:val="14"/>
              </w:rPr>
              <w:t>Seri / aksesuar teyidi</w:t>
            </w:r>
          </w:p>
        </w:tc>
        <w:tc>
          <w:tcPr>
            <w:tcW w:type="dxa" w:w="2119"/>
          </w:tcPr>
          <w:p>
            <w:r>
              <w:rPr>
                <w:sz w:val="14"/>
              </w:rPr>
              <w:t>İade durumu / foto</w:t>
            </w:r>
          </w:p>
        </w:tc>
        <w:tc>
          <w:tcPr>
            <w:tcW w:type="dxa" w:w="2119"/>
          </w:tcPr>
          <w:p>
            <w:r>
              <w:rPr>
                <w:sz w:val="14"/>
              </w:rPr>
              <w:t>Taraf çekincesi</w:t>
            </w:r>
          </w:p>
        </w:tc>
      </w:tr>
      <w:tr>
        <w:tc>
          <w:tcPr>
            <w:tcW w:type="dxa" w:w="2119"/>
          </w:tcPr>
          <w:p>
            <w:r>
              <w:rPr>
                <w:sz w:val="14"/>
              </w:rPr>
              <w:t>1</w:t>
            </w:r>
          </w:p>
        </w:tc>
        <w:tc>
          <w:tcPr>
            <w:tcW w:type="dxa" w:w="2119"/>
          </w:tcPr>
          <w:p>
            <w:r>
              <w:rPr>
                <w:sz w:val="14"/>
              </w:rPr>
              <w:t>[TARİH]</w:t>
            </w:r>
          </w:p>
        </w:tc>
        <w:tc>
          <w:tcPr>
            <w:tcW w:type="dxa" w:w="2119"/>
          </w:tcPr>
          <w:p>
            <w:r>
              <w:rPr>
                <w:sz w:val="14"/>
              </w:rPr>
              <w:t>[SERİ / LİSTE]</w:t>
            </w:r>
          </w:p>
        </w:tc>
        <w:tc>
          <w:tcPr>
            <w:tcW w:type="dxa" w:w="2119"/>
          </w:tcPr>
          <w:p>
            <w:r>
              <w:rPr>
                <w:sz w:val="14"/>
              </w:rPr>
              <w:t>[GÖZLEM / NO]</w:t>
            </w:r>
          </w:p>
        </w:tc>
        <w:tc>
          <w:tcPr>
            <w:tcW w:type="dxa" w:w="2119"/>
          </w:tcPr>
          <w:p>
            <w:r>
              <w:rPr>
                <w:sz w:val="14"/>
              </w:rPr>
              <w:t>[NOT]</w:t>
            </w:r>
          </w:p>
        </w:tc>
      </w:tr>
      <w:tr>
        <w:tc>
          <w:tcPr>
            <w:tcW w:type="dxa" w:w="2119"/>
          </w:tcPr>
          <w:p>
            <w:r>
              <w:rPr>
                <w:sz w:val="14"/>
              </w:rPr>
              <w:t>2</w:t>
            </w:r>
          </w:p>
        </w:tc>
        <w:tc>
          <w:tcPr>
            <w:tcW w:type="dxa" w:w="2119"/>
          </w:tcPr>
          <w:p>
            <w:r>
              <w:rPr>
                <w:sz w:val="14"/>
              </w:rPr>
              <w:t>[TARİH]</w:t>
            </w:r>
          </w:p>
        </w:tc>
        <w:tc>
          <w:tcPr>
            <w:tcW w:type="dxa" w:w="2119"/>
          </w:tcPr>
          <w:p>
            <w:r>
              <w:rPr>
                <w:sz w:val="14"/>
              </w:rPr>
              <w:t>[SERİ / LİSTE]</w:t>
            </w:r>
          </w:p>
        </w:tc>
        <w:tc>
          <w:tcPr>
            <w:tcW w:type="dxa" w:w="2119"/>
          </w:tcPr>
          <w:p>
            <w:r>
              <w:rPr>
                <w:sz w:val="14"/>
              </w:rPr>
              <w:t>[GÖZLEM / NO]</w:t>
            </w:r>
          </w:p>
        </w:tc>
        <w:tc>
          <w:tcPr>
            <w:tcW w:type="dxa" w:w="2119"/>
          </w:tcPr>
          <w:p>
            <w:r>
              <w:rPr>
                <w:sz w:val="14"/>
              </w:rPr>
              <w:t>[NOT]</w:t>
            </w:r>
          </w:p>
        </w:tc>
      </w:tr>
      <w:tr>
        <w:tc>
          <w:tcPr>
            <w:tcW w:type="dxa" w:w="2119"/>
          </w:tcPr>
          <w:p>
            <w:r>
              <w:rPr>
                <w:sz w:val="14"/>
              </w:rPr>
              <w:t>3</w:t>
            </w:r>
          </w:p>
        </w:tc>
        <w:tc>
          <w:tcPr>
            <w:tcW w:type="dxa" w:w="2119"/>
          </w:tcPr>
          <w:p>
            <w:r>
              <w:rPr>
                <w:sz w:val="14"/>
              </w:rPr>
              <w:t>[TARİH]</w:t>
            </w:r>
          </w:p>
        </w:tc>
        <w:tc>
          <w:tcPr>
            <w:tcW w:type="dxa" w:w="2119"/>
          </w:tcPr>
          <w:p>
            <w:r>
              <w:rPr>
                <w:sz w:val="14"/>
              </w:rPr>
              <w:t>[SERİ / LİSTE]</w:t>
            </w:r>
          </w:p>
        </w:tc>
        <w:tc>
          <w:tcPr>
            <w:tcW w:type="dxa" w:w="2119"/>
          </w:tcPr>
          <w:p>
            <w:r>
              <w:rPr>
                <w:sz w:val="14"/>
              </w:rPr>
              <w:t>[GÖZLEM / NO]</w:t>
            </w:r>
          </w:p>
        </w:tc>
        <w:tc>
          <w:tcPr>
            <w:tcW w:type="dxa" w:w="2119"/>
          </w:tcPr>
          <w:p>
            <w:r>
              <w:rPr>
                <w:sz w:val="14"/>
              </w:rPr>
              <w:t>[NOT]</w:t>
            </w:r>
          </w:p>
        </w:tc>
      </w:tr>
    </w:tbl>
    <w:p>
      <w:r>
        <w:t>Teslim eden işveren temsilcisi: [AD / TARİH / İMZA]    Teslim alan çalışan: [AD / TARİH / İMZA]</w:t>
      </w:r>
    </w:p>
    <w:p>
      <w:r>
        <w:t>İadeyi yapan: [AD / TARİH / İMZA]    İadeyi alan: [AD / TARİH / İMZA]</w:t>
      </w:r>
    </w:p>
    <w:p>
      <w:r>
        <w:t>İşyeri verisinin aktarımı, kişisel hesabın çıkışı ve erişim yetkisinin kapatılması ayrı güvenli süreçtir. Bu kayıt tek başına kusur, hasar bedeli veya çalışanın alacaklarından feragat oluşturmaz. Türk Borçlar Kanunu m. 396 özen borcunu, m. 413 iş araçlarını düzenler.</w:t>
      </w:r>
    </w:p>
    <w:p>
      <w:r>
        <w:t>Kaynak: ÇSGB yayımlı 6098 sayılı Türk Borçlar Kanunu m. 396, 413. Kontrol: 04.10.2026.</w:t>
      </w:r>
    </w:p>
    <w:sectPr w:rsidR="00FC693F" w:rsidRPr="0006063C" w:rsidSect="00034616">
      <w:pgSz w:w="12240" w:h="15840"/>
      <w:pgMar w:top="879" w:right="822" w:bottom="879"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