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Yıllık Ücretli İzin Talep Dilekçesi</w:t>
      </w:r>
    </w:p>
    <w:p>
      <w:pPr>
        <w:jc w:val="right"/>
      </w:pPr>
      <w:r>
        <w:t>Tarih: [GG/AA/YYYY]</w:t>
      </w:r>
    </w:p>
    <w:p>
      <w:r>
        <w:t>[İŞVEREN / İŞYERİ UNVANI]</w:t>
      </w:r>
    </w:p>
    <w:p>
      <w:r>
        <w:t>[İNSAN KAYNAKLARI BİRİMİNE / YETKİLİYE]</w:t>
      </w:r>
    </w:p>
    <w:p>
      <w:r>
        <w:t>Konu: Yıllık ücretli izin talebi</w:t>
      </w:r>
    </w:p>
    <w:p>
      <w:r>
        <w:t>[İŞYERİ / BİRİM] bünyesinde [GÖREV] olarak çalışıyorum. Hak kazandığım yıllık ücretli iznimi [BAŞLANGIÇ TARİHİ] ile [BİTİŞ TARİHİ] tarihleri arasında kullanmak istiyorum. Talebimin değerlendirilerek tarafıma yazılı olarak bildirilmesini arz ederim.</w:t>
      </w:r>
    </w:p>
    <w:p>
      <w:r>
        <w:t>Talep edilen yıllık izin süresi: [GÜN SAYISI] iş günü</w:t>
      </w:r>
    </w:p>
    <w:p>
      <w:r>
        <w:t>Ücretsiz yol izni talebi: [YOK / VAR — TALEP EDİLEN GÜN SAYISI]</w:t>
      </w:r>
    </w:p>
    <w:p>
      <w:r>
        <w:t>Planlanan işe dönüş tarihi: [GG/AA/YYYY]</w:t>
      </w:r>
    </w:p>
    <w:p>
      <w:r>
        <w:t>Saygılarımla,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t>Adı soyadı</w:t>
            </w:r>
          </w:p>
        </w:tc>
        <w:tc>
          <w:tcPr>
            <w:tcW w:type="dxa" w:w="4703"/>
          </w:tcPr>
          <w:p>
            <w:r>
              <w:t>[AD SOYAD]</w:t>
            </w:r>
          </w:p>
        </w:tc>
      </w:tr>
      <w:tr>
        <w:tc>
          <w:tcPr>
            <w:tcW w:type="dxa" w:w="4703"/>
          </w:tcPr>
          <w:p>
            <w:r>
              <w:t>Sicil numarası (varsa)</w:t>
            </w:r>
          </w:p>
        </w:tc>
        <w:tc>
          <w:tcPr>
            <w:tcW w:type="dxa" w:w="4703"/>
          </w:tcPr>
          <w:p>
            <w:r>
              <w:t>[SİCİL NO]</w:t>
            </w:r>
          </w:p>
        </w:tc>
      </w:tr>
      <w:tr>
        <w:tc>
          <w:tcPr>
            <w:tcW w:type="dxa" w:w="4703"/>
          </w:tcPr>
          <w:p>
            <w:r>
              <w:t>İletişim bilgisi (isteğe bağlı)</w:t>
            </w:r>
          </w:p>
        </w:tc>
        <w:tc>
          <w:tcPr>
            <w:tcW w:type="dxa" w:w="4703"/>
          </w:tcPr>
          <w:p>
            <w:r>
              <w:t>[TELEFON / E-POSTA]</w:t>
            </w:r>
          </w:p>
        </w:tc>
      </w:tr>
      <w:tr>
        <w:tc>
          <w:tcPr>
            <w:tcW w:type="dxa" w:w="4703"/>
          </w:tcPr>
          <w:p>
            <w:r>
              <w:t>İmza</w:t>
            </w:r>
          </w:p>
        </w:tc>
        <w:tc>
          <w:tcPr>
            <w:tcW w:type="dxa" w:w="4703"/>
          </w:tcPr>
          <w:p>
            <w:r>
              <w:t>[İMZA]</w:t>
            </w:r>
          </w:p>
        </w:tc>
      </w:tr>
    </w:tbl>
    <w:p/>
    <w:p>
      <w:r>
        <w:t>İşveren / yetkili değerlendirmesi: [ONAY / ALTERNATİF TARİH / RET]</w:t>
      </w:r>
    </w:p>
    <w:p>
      <w:r>
        <w:t>Karar tarihi ve imza: [GG/AA/YYYY — İMZA]</w:t>
      </w:r>
    </w:p>
    <w:p>
      <w:pPr/>
      <w:r>
        <w:rPr>
          <w:b/>
        </w:rPr>
        <w:t xml:space="preserve">Doldurma notu: </w:t>
      </w:r>
      <w:r>
        <w:t>Köşeli ayraçlı alanları kendi bilgilerinizle değiştirin. İzin gün sayısını ve tarih aralığını işyerinizin kayıtlarıyla karşılaştırın. Ücretsiz yol izni istemiyorsanız ilgili alanı “Yok” olarak doldurun.</w:t>
      </w:r>
    </w:p>
    <w:sectPr w:rsidR="00FC693F" w:rsidRPr="0006063C" w:rsidSect="00034616">
      <w:pgSz w:w="12240" w:h="15840"/>
      <w:pgMar w:top="1304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Ücretli İzin Talep Dilekçesi</dc:title>
  <dc:subject>Düzenlenebilir yıllık izin talep örneği</dc:subject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