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Kişisel Nedenle Ücretsiz İzin Talep Dilekçesi</w:t>
      </w:r>
    </w:p>
    <w:p>
      <w:r>
        <w:t>[İŞVERENİN / İŞYERİNİN ADI]</w:t>
      </w:r>
    </w:p>
    <w:p>
      <w:r>
        <w:t>Tarih: [GG/AA/YYYY]</w:t>
      </w:r>
    </w:p>
    <w:p>
      <w:r>
        <w:t>Konu: Ücretsiz izin talebi</w:t>
      </w:r>
    </w:p>
    <w:p>
      <w:r>
        <w:t>İşyerinizde [GÖREV] olarak çalışıyorum. [KISA VE İSTEĞE BAĞLI GEREKÇE] nedeniyle [BAŞLANGIÇ TARİHİ] ile [BİTİŞ TARİHİ] tarihleri arasında ücretsiz izin kullanmayı talep ediyorum. Planlanan işe dönüş tarihim [İŞE DÖNÜŞ TARİHİ] olacaktır.</w:t>
      </w:r>
    </w:p>
    <w:p>
      <w:r>
        <w:t>Talebimin, iş sözleşmem ve işyerinde geçerli düzenlemeler çerçevesinde değerlendirilmesini; uygun görülmesi hâlinde izin tarihleri ve koşullarının tarafıma yazılı olarak bildirilmesini rica ederim.</w:t>
      </w:r>
    </w:p>
    <w:p>
      <w:r>
        <w:t>Ad soyad: [AD SOYAD]</w:t>
      </w:r>
    </w:p>
    <w:p>
      <w:r>
        <w:t>Personel / sicil numarası (varsa): [NUMARA]</w:t>
      </w:r>
    </w:p>
    <w:p>
      <w:r>
        <w:t>İmza: [İMZA]</w:t>
      </w:r>
    </w:p>
    <w:p>
      <w:pPr>
        <w:spacing w:before="280"/>
      </w:pPr>
      <w:r>
        <w:t>İşveren kararı: [ONAY / DEĞİŞİKLİK ÖNERİSİ / RET]</w:t>
      </w:r>
    </w:p>
    <w:p>
      <w:r>
        <w:t>Kararlaştırılan izin tarihleri: [BAŞLANGIÇ] – [BİTİŞ]</w:t>
      </w:r>
    </w:p>
    <w:p>
      <w:r>
        <w:t>Karar tarihi, yetkili adı ve imza: [BİLGİLER]</w:t>
      </w:r>
    </w:p>
    <w:p>
      <w:pPr>
        <w:spacing w:before="320"/>
      </w:pPr>
      <w:r>
        <w:rPr>
          <w:i/>
          <w:sz w:val="18"/>
        </w:rPr>
        <w:t>Kullanım notu: Bu örnek, kişisel nedenle yapılan genel bir ücretsiz izin talebidir. Talep tek başına izin onayı sayılmaz; işyerinizden yazılı yanıt alın. Analık, evlat edinme veya yıllık izne bağlı ücretsiz yol izni gibi özel kanuni izinler için bu metni kullanmayın. Kişisel veya sağlıkla ilgili ayrıntıları zorunlu olmadıkça yazmayın. Bu notu işverene vereceğiniz nüshadan çıkarın.</w:t>
      </w:r>
    </w:p>
    <w:sectPr w:rsidR="00FC693F" w:rsidRPr="0006063C" w:rsidSect="00034616">
      <w:pgSz w:w="12240" w:h="15840"/>
      <w:pgMar w:top="1304"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Nedenle Ücretsiz İzin Talep Dilekçesi</dc:title>
  <dc:subject>Düzenlenebilir ücretsiz izin talebi örneği</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