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Toplantı Katılım Çizelgesi</w:t>
      </w:r>
    </w:p>
    <w:p>
      <w:r>
        <w:t>Bu çizelge, bir toplantıya katılan kişilerin adını ve katılımını kaydetmek için kullanılır. Karar, oy veya yetki tespiti gerekiyorsa ayrıca uygun toplantı tutanağı hazırlanmalıdır.</w:t>
      </w:r>
    </w:p>
    <w:p>
      <w:r>
        <w:t>Toplantının adı / konusu: [KONU]</w:t>
      </w:r>
    </w:p>
    <w:p>
      <w:r>
        <w:t>Tarih: [GG/AA/YYYY]    Başlangıç saati: [SS:DD]    Yer / çevrim içi platform: [YER]</w:t>
      </w:r>
    </w:p>
    <w:p>
      <w:r>
        <w:t>Düzenleyen birim / kişi: [AD SOYAD / BİRİM]</w:t>
      </w:r>
    </w:p>
    <w:tbl>
      <w:tblPr>
        <w:tblStyle w:val="TableGrid"/>
        <w:tblW w:type="auto" w:w="0"/>
        <w:jc w:val="center"/>
        <w:tblLook w:firstColumn="1" w:firstRow="1" w:lastColumn="0" w:lastRow="0" w:noHBand="0" w:noVBand="1" w:val="04A0"/>
      </w:tblPr>
      <w:tblGrid>
        <w:gridCol w:w="1994"/>
        <w:gridCol w:w="1994"/>
        <w:gridCol w:w="1994"/>
        <w:gridCol w:w="1994"/>
        <w:gridCol w:w="1994"/>
      </w:tblGrid>
      <w:tr>
        <w:tc>
          <w:tcPr>
            <w:tcW w:type="dxa" w:w="1994"/>
          </w:tcPr>
          <w:p>
            <w:r>
              <w:rPr>
                <w:b/>
                <w:sz w:val="18"/>
              </w:rPr>
              <w:t>Sıra</w:t>
            </w:r>
          </w:p>
        </w:tc>
        <w:tc>
          <w:tcPr>
            <w:tcW w:type="dxa" w:w="1994"/>
          </w:tcPr>
          <w:p>
            <w:r>
              <w:rPr>
                <w:b/>
                <w:sz w:val="18"/>
              </w:rPr>
              <w:t>Ad soyad</w:t>
            </w:r>
          </w:p>
        </w:tc>
        <w:tc>
          <w:tcPr>
            <w:tcW w:type="dxa" w:w="1994"/>
          </w:tcPr>
          <w:p>
            <w:r>
              <w:rPr>
                <w:b/>
                <w:sz w:val="18"/>
              </w:rPr>
              <w:t>Kurum / görev</w:t>
            </w:r>
          </w:p>
        </w:tc>
        <w:tc>
          <w:tcPr>
            <w:tcW w:type="dxa" w:w="1994"/>
          </w:tcPr>
          <w:p>
            <w:r>
              <w:rPr>
                <w:b/>
                <w:sz w:val="18"/>
              </w:rPr>
              <w:t>Katılım biçimi</w:t>
            </w:r>
          </w:p>
        </w:tc>
        <w:tc>
          <w:tcPr>
            <w:tcW w:type="dxa" w:w="1994"/>
          </w:tcPr>
          <w:p>
            <w:r>
              <w:rPr>
                <w:b/>
                <w:sz w:val="18"/>
              </w:rPr>
              <w:t>İmza / not</w:t>
            </w:r>
          </w:p>
        </w:tc>
      </w:tr>
      <w:tr>
        <w:tc>
          <w:tcPr>
            <w:tcW w:type="dxa" w:w="1994"/>
          </w:tcPr>
          <w:p>
            <w:pPr>
              <w:spacing w:after="0"/>
            </w:pPr>
            <w:r>
              <w:rPr>
                <w:sz w:val="17"/>
              </w:rPr>
              <w:t>1</w:t>
            </w:r>
          </w:p>
        </w:tc>
        <w:tc>
          <w:tcPr>
            <w:tcW w:type="dxa" w:w="1994"/>
          </w:tcPr>
          <w:p>
            <w:pPr>
              <w:spacing w:after="0"/>
            </w:pPr>
            <w:r>
              <w:rPr>
                <w:sz w:val="17"/>
              </w:rPr>
              <w:t>[AD SOYAD]</w:t>
            </w:r>
          </w:p>
        </w:tc>
        <w:tc>
          <w:tcPr>
            <w:tcW w:type="dxa" w:w="1994"/>
          </w:tcPr>
          <w:p>
            <w:pPr>
              <w:spacing w:after="0"/>
            </w:pPr>
            <w:r>
              <w:rPr>
                <w:sz w:val="17"/>
              </w:rPr>
              <w:t>[KURUM / GÖREV]</w:t>
            </w:r>
          </w:p>
        </w:tc>
        <w:tc>
          <w:tcPr>
            <w:tcW w:type="dxa" w:w="1994"/>
          </w:tcPr>
          <w:p>
            <w:pPr>
              <w:spacing w:after="0"/>
            </w:pPr>
            <w:r>
              <w:rPr>
                <w:sz w:val="17"/>
              </w:rPr>
              <w:t>[YÜZ YÜZE / UZAKTAN]</w:t>
            </w:r>
          </w:p>
        </w:tc>
        <w:tc>
          <w:tcPr>
            <w:tcW w:type="dxa" w:w="1994"/>
          </w:tcPr>
          <w:p>
            <w:pPr>
              <w:spacing w:after="0"/>
            </w:pPr>
            <w:r>
              <w:rPr>
                <w:sz w:val="17"/>
              </w:rPr>
              <w:t>[İMZA / NOT]</w:t>
            </w:r>
          </w:p>
        </w:tc>
      </w:tr>
      <w:tr>
        <w:tc>
          <w:tcPr>
            <w:tcW w:type="dxa" w:w="1994"/>
          </w:tcPr>
          <w:p>
            <w:pPr>
              <w:spacing w:after="0"/>
            </w:pPr>
            <w:r>
              <w:rPr>
                <w:sz w:val="17"/>
              </w:rPr>
              <w:t>2</w:t>
            </w:r>
          </w:p>
        </w:tc>
        <w:tc>
          <w:tcPr>
            <w:tcW w:type="dxa" w:w="1994"/>
          </w:tcPr>
          <w:p>
            <w:pPr>
              <w:spacing w:after="0"/>
            </w:pPr>
            <w:r>
              <w:rPr>
                <w:sz w:val="17"/>
              </w:rPr>
              <w:t>[AD SOYAD]</w:t>
            </w:r>
          </w:p>
        </w:tc>
        <w:tc>
          <w:tcPr>
            <w:tcW w:type="dxa" w:w="1994"/>
          </w:tcPr>
          <w:p>
            <w:pPr>
              <w:spacing w:after="0"/>
            </w:pPr>
            <w:r>
              <w:rPr>
                <w:sz w:val="17"/>
              </w:rPr>
              <w:t>[KURUM / GÖREV]</w:t>
            </w:r>
          </w:p>
        </w:tc>
        <w:tc>
          <w:tcPr>
            <w:tcW w:type="dxa" w:w="1994"/>
          </w:tcPr>
          <w:p>
            <w:pPr>
              <w:spacing w:after="0"/>
            </w:pPr>
            <w:r>
              <w:rPr>
                <w:sz w:val="17"/>
              </w:rPr>
              <w:t>[YÜZ YÜZE / UZAKTAN]</w:t>
            </w:r>
          </w:p>
        </w:tc>
        <w:tc>
          <w:tcPr>
            <w:tcW w:type="dxa" w:w="1994"/>
          </w:tcPr>
          <w:p>
            <w:pPr>
              <w:spacing w:after="0"/>
            </w:pPr>
            <w:r>
              <w:rPr>
                <w:sz w:val="17"/>
              </w:rPr>
              <w:t>[İMZA / NOT]</w:t>
            </w:r>
          </w:p>
        </w:tc>
      </w:tr>
      <w:tr>
        <w:tc>
          <w:tcPr>
            <w:tcW w:type="dxa" w:w="1994"/>
          </w:tcPr>
          <w:p>
            <w:pPr>
              <w:spacing w:after="0"/>
            </w:pPr>
            <w:r>
              <w:rPr>
                <w:sz w:val="17"/>
              </w:rPr>
              <w:t>3</w:t>
            </w:r>
          </w:p>
        </w:tc>
        <w:tc>
          <w:tcPr>
            <w:tcW w:type="dxa" w:w="1994"/>
          </w:tcPr>
          <w:p>
            <w:pPr>
              <w:spacing w:after="0"/>
            </w:pPr>
            <w:r>
              <w:rPr>
                <w:sz w:val="17"/>
              </w:rPr>
              <w:t>[AD SOYAD]</w:t>
            </w:r>
          </w:p>
        </w:tc>
        <w:tc>
          <w:tcPr>
            <w:tcW w:type="dxa" w:w="1994"/>
          </w:tcPr>
          <w:p>
            <w:pPr>
              <w:spacing w:after="0"/>
            </w:pPr>
            <w:r>
              <w:rPr>
                <w:sz w:val="17"/>
              </w:rPr>
              <w:t>[KURUM / GÖREV]</w:t>
            </w:r>
          </w:p>
        </w:tc>
        <w:tc>
          <w:tcPr>
            <w:tcW w:type="dxa" w:w="1994"/>
          </w:tcPr>
          <w:p>
            <w:pPr>
              <w:spacing w:after="0"/>
            </w:pPr>
            <w:r>
              <w:rPr>
                <w:sz w:val="17"/>
              </w:rPr>
              <w:t>[YÜZ YÜZE / UZAKTAN]</w:t>
            </w:r>
          </w:p>
        </w:tc>
        <w:tc>
          <w:tcPr>
            <w:tcW w:type="dxa" w:w="1994"/>
          </w:tcPr>
          <w:p>
            <w:pPr>
              <w:spacing w:after="0"/>
            </w:pPr>
            <w:r>
              <w:rPr>
                <w:sz w:val="17"/>
              </w:rPr>
              <w:t>[İMZA / NOT]</w:t>
            </w:r>
          </w:p>
        </w:tc>
      </w:tr>
      <w:tr>
        <w:tc>
          <w:tcPr>
            <w:tcW w:type="dxa" w:w="1994"/>
          </w:tcPr>
          <w:p>
            <w:pPr>
              <w:spacing w:after="0"/>
            </w:pPr>
            <w:r>
              <w:rPr>
                <w:sz w:val="17"/>
              </w:rPr>
              <w:t>4</w:t>
            </w:r>
          </w:p>
        </w:tc>
        <w:tc>
          <w:tcPr>
            <w:tcW w:type="dxa" w:w="1994"/>
          </w:tcPr>
          <w:p>
            <w:pPr>
              <w:spacing w:after="0"/>
            </w:pPr>
            <w:r>
              <w:rPr>
                <w:sz w:val="17"/>
              </w:rPr>
              <w:t>[AD SOYAD]</w:t>
            </w:r>
          </w:p>
        </w:tc>
        <w:tc>
          <w:tcPr>
            <w:tcW w:type="dxa" w:w="1994"/>
          </w:tcPr>
          <w:p>
            <w:pPr>
              <w:spacing w:after="0"/>
            </w:pPr>
            <w:r>
              <w:rPr>
                <w:sz w:val="17"/>
              </w:rPr>
              <w:t>[KURUM / GÖREV]</w:t>
            </w:r>
          </w:p>
        </w:tc>
        <w:tc>
          <w:tcPr>
            <w:tcW w:type="dxa" w:w="1994"/>
          </w:tcPr>
          <w:p>
            <w:pPr>
              <w:spacing w:after="0"/>
            </w:pPr>
            <w:r>
              <w:rPr>
                <w:sz w:val="17"/>
              </w:rPr>
              <w:t>[YÜZ YÜZE / UZAKTAN]</w:t>
            </w:r>
          </w:p>
        </w:tc>
        <w:tc>
          <w:tcPr>
            <w:tcW w:type="dxa" w:w="1994"/>
          </w:tcPr>
          <w:p>
            <w:pPr>
              <w:spacing w:after="0"/>
            </w:pPr>
            <w:r>
              <w:rPr>
                <w:sz w:val="17"/>
              </w:rPr>
              <w:t>[İMZA / NOT]</w:t>
            </w:r>
          </w:p>
        </w:tc>
      </w:tr>
      <w:tr>
        <w:tc>
          <w:tcPr>
            <w:tcW w:type="dxa" w:w="1994"/>
          </w:tcPr>
          <w:p>
            <w:pPr>
              <w:spacing w:after="0"/>
            </w:pPr>
            <w:r>
              <w:rPr>
                <w:sz w:val="17"/>
              </w:rPr>
              <w:t>5</w:t>
            </w:r>
          </w:p>
        </w:tc>
        <w:tc>
          <w:tcPr>
            <w:tcW w:type="dxa" w:w="1994"/>
          </w:tcPr>
          <w:p>
            <w:pPr>
              <w:spacing w:after="0"/>
            </w:pPr>
            <w:r>
              <w:rPr>
                <w:sz w:val="17"/>
              </w:rPr>
              <w:t>[AD SOYAD]</w:t>
            </w:r>
          </w:p>
        </w:tc>
        <w:tc>
          <w:tcPr>
            <w:tcW w:type="dxa" w:w="1994"/>
          </w:tcPr>
          <w:p>
            <w:pPr>
              <w:spacing w:after="0"/>
            </w:pPr>
            <w:r>
              <w:rPr>
                <w:sz w:val="17"/>
              </w:rPr>
              <w:t>[KURUM / GÖREV]</w:t>
            </w:r>
          </w:p>
        </w:tc>
        <w:tc>
          <w:tcPr>
            <w:tcW w:type="dxa" w:w="1994"/>
          </w:tcPr>
          <w:p>
            <w:pPr>
              <w:spacing w:after="0"/>
            </w:pPr>
            <w:r>
              <w:rPr>
                <w:sz w:val="17"/>
              </w:rPr>
              <w:t>[YÜZ YÜZE / UZAKTAN]</w:t>
            </w:r>
          </w:p>
        </w:tc>
        <w:tc>
          <w:tcPr>
            <w:tcW w:type="dxa" w:w="1994"/>
          </w:tcPr>
          <w:p>
            <w:pPr>
              <w:spacing w:after="0"/>
            </w:pPr>
            <w:r>
              <w:rPr>
                <w:sz w:val="17"/>
              </w:rPr>
              <w:t>[İMZA / NOT]</w:t>
            </w:r>
          </w:p>
        </w:tc>
      </w:tr>
      <w:tr>
        <w:tc>
          <w:tcPr>
            <w:tcW w:type="dxa" w:w="1994"/>
          </w:tcPr>
          <w:p>
            <w:pPr>
              <w:spacing w:after="0"/>
            </w:pPr>
            <w:r>
              <w:rPr>
                <w:sz w:val="17"/>
              </w:rPr>
              <w:t>6</w:t>
            </w:r>
          </w:p>
        </w:tc>
        <w:tc>
          <w:tcPr>
            <w:tcW w:type="dxa" w:w="1994"/>
          </w:tcPr>
          <w:p>
            <w:pPr>
              <w:spacing w:after="0"/>
            </w:pPr>
            <w:r>
              <w:rPr>
                <w:sz w:val="17"/>
              </w:rPr>
              <w:t>[AD SOYAD]</w:t>
            </w:r>
          </w:p>
        </w:tc>
        <w:tc>
          <w:tcPr>
            <w:tcW w:type="dxa" w:w="1994"/>
          </w:tcPr>
          <w:p>
            <w:pPr>
              <w:spacing w:after="0"/>
            </w:pPr>
            <w:r>
              <w:rPr>
                <w:sz w:val="17"/>
              </w:rPr>
              <w:t>[KURUM / GÖREV]</w:t>
            </w:r>
          </w:p>
        </w:tc>
        <w:tc>
          <w:tcPr>
            <w:tcW w:type="dxa" w:w="1994"/>
          </w:tcPr>
          <w:p>
            <w:pPr>
              <w:spacing w:after="0"/>
            </w:pPr>
            <w:r>
              <w:rPr>
                <w:sz w:val="17"/>
              </w:rPr>
              <w:t>[YÜZ YÜZE / UZAKTAN]</w:t>
            </w:r>
          </w:p>
        </w:tc>
        <w:tc>
          <w:tcPr>
            <w:tcW w:type="dxa" w:w="1994"/>
          </w:tcPr>
          <w:p>
            <w:pPr>
              <w:spacing w:after="0"/>
            </w:pPr>
            <w:r>
              <w:rPr>
                <w:sz w:val="17"/>
              </w:rPr>
              <w:t>[İMZA / NOT]</w:t>
            </w:r>
          </w:p>
        </w:tc>
      </w:tr>
      <w:tr>
        <w:tc>
          <w:tcPr>
            <w:tcW w:type="dxa" w:w="1994"/>
          </w:tcPr>
          <w:p>
            <w:pPr>
              <w:spacing w:after="0"/>
            </w:pPr>
            <w:r>
              <w:rPr>
                <w:sz w:val="17"/>
              </w:rPr>
              <w:t>7</w:t>
            </w:r>
          </w:p>
        </w:tc>
        <w:tc>
          <w:tcPr>
            <w:tcW w:type="dxa" w:w="1994"/>
          </w:tcPr>
          <w:p>
            <w:pPr>
              <w:spacing w:after="0"/>
            </w:pPr>
            <w:r>
              <w:rPr>
                <w:sz w:val="17"/>
              </w:rPr>
              <w:t>[AD SOYAD]</w:t>
            </w:r>
          </w:p>
        </w:tc>
        <w:tc>
          <w:tcPr>
            <w:tcW w:type="dxa" w:w="1994"/>
          </w:tcPr>
          <w:p>
            <w:pPr>
              <w:spacing w:after="0"/>
            </w:pPr>
            <w:r>
              <w:rPr>
                <w:sz w:val="17"/>
              </w:rPr>
              <w:t>[KURUM / GÖREV]</w:t>
            </w:r>
          </w:p>
        </w:tc>
        <w:tc>
          <w:tcPr>
            <w:tcW w:type="dxa" w:w="1994"/>
          </w:tcPr>
          <w:p>
            <w:pPr>
              <w:spacing w:after="0"/>
            </w:pPr>
            <w:r>
              <w:rPr>
                <w:sz w:val="17"/>
              </w:rPr>
              <w:t>[YÜZ YÜZE / UZAKTAN]</w:t>
            </w:r>
          </w:p>
        </w:tc>
        <w:tc>
          <w:tcPr>
            <w:tcW w:type="dxa" w:w="1994"/>
          </w:tcPr>
          <w:p>
            <w:pPr>
              <w:spacing w:after="0"/>
            </w:pPr>
            <w:r>
              <w:rPr>
                <w:sz w:val="17"/>
              </w:rPr>
              <w:t>[İMZA / NOT]</w:t>
            </w:r>
          </w:p>
        </w:tc>
      </w:tr>
      <w:tr>
        <w:tc>
          <w:tcPr>
            <w:tcW w:type="dxa" w:w="1994"/>
          </w:tcPr>
          <w:p>
            <w:pPr>
              <w:spacing w:after="0"/>
            </w:pPr>
            <w:r>
              <w:rPr>
                <w:sz w:val="17"/>
              </w:rPr>
              <w:t>8</w:t>
            </w:r>
          </w:p>
        </w:tc>
        <w:tc>
          <w:tcPr>
            <w:tcW w:type="dxa" w:w="1994"/>
          </w:tcPr>
          <w:p>
            <w:pPr>
              <w:spacing w:after="0"/>
            </w:pPr>
            <w:r>
              <w:rPr>
                <w:sz w:val="17"/>
              </w:rPr>
              <w:t>[AD SOYAD]</w:t>
            </w:r>
          </w:p>
        </w:tc>
        <w:tc>
          <w:tcPr>
            <w:tcW w:type="dxa" w:w="1994"/>
          </w:tcPr>
          <w:p>
            <w:pPr>
              <w:spacing w:after="0"/>
            </w:pPr>
            <w:r>
              <w:rPr>
                <w:sz w:val="17"/>
              </w:rPr>
              <w:t>[KURUM / GÖREV]</w:t>
            </w:r>
          </w:p>
        </w:tc>
        <w:tc>
          <w:tcPr>
            <w:tcW w:type="dxa" w:w="1994"/>
          </w:tcPr>
          <w:p>
            <w:pPr>
              <w:spacing w:after="0"/>
            </w:pPr>
            <w:r>
              <w:rPr>
                <w:sz w:val="17"/>
              </w:rPr>
              <w:t>[YÜZ YÜZE / UZAKTAN]</w:t>
            </w:r>
          </w:p>
        </w:tc>
        <w:tc>
          <w:tcPr>
            <w:tcW w:type="dxa" w:w="1994"/>
          </w:tcPr>
          <w:p>
            <w:pPr>
              <w:spacing w:after="0"/>
            </w:pPr>
            <w:r>
              <w:rPr>
                <w:sz w:val="17"/>
              </w:rPr>
              <w:t>[İMZA / NOT]</w:t>
            </w:r>
          </w:p>
        </w:tc>
      </w:tr>
      <w:tr>
        <w:tc>
          <w:tcPr>
            <w:tcW w:type="dxa" w:w="1994"/>
          </w:tcPr>
          <w:p>
            <w:pPr>
              <w:spacing w:after="0"/>
            </w:pPr>
            <w:r>
              <w:rPr>
                <w:sz w:val="17"/>
              </w:rPr>
              <w:t>9</w:t>
            </w:r>
          </w:p>
        </w:tc>
        <w:tc>
          <w:tcPr>
            <w:tcW w:type="dxa" w:w="1994"/>
          </w:tcPr>
          <w:p>
            <w:pPr>
              <w:spacing w:after="0"/>
            </w:pPr>
            <w:r>
              <w:rPr>
                <w:sz w:val="17"/>
              </w:rPr>
              <w:t>[AD SOYAD]</w:t>
            </w:r>
          </w:p>
        </w:tc>
        <w:tc>
          <w:tcPr>
            <w:tcW w:type="dxa" w:w="1994"/>
          </w:tcPr>
          <w:p>
            <w:pPr>
              <w:spacing w:after="0"/>
            </w:pPr>
            <w:r>
              <w:rPr>
                <w:sz w:val="17"/>
              </w:rPr>
              <w:t>[KURUM / GÖREV]</w:t>
            </w:r>
          </w:p>
        </w:tc>
        <w:tc>
          <w:tcPr>
            <w:tcW w:type="dxa" w:w="1994"/>
          </w:tcPr>
          <w:p>
            <w:pPr>
              <w:spacing w:after="0"/>
            </w:pPr>
            <w:r>
              <w:rPr>
                <w:sz w:val="17"/>
              </w:rPr>
              <w:t>[YÜZ YÜZE / UZAKTAN]</w:t>
            </w:r>
          </w:p>
        </w:tc>
        <w:tc>
          <w:tcPr>
            <w:tcW w:type="dxa" w:w="1994"/>
          </w:tcPr>
          <w:p>
            <w:pPr>
              <w:spacing w:after="0"/>
            </w:pPr>
            <w:r>
              <w:rPr>
                <w:sz w:val="17"/>
              </w:rPr>
              <w:t>[İMZA / NOT]</w:t>
            </w:r>
          </w:p>
        </w:tc>
      </w:tr>
      <w:tr>
        <w:tc>
          <w:tcPr>
            <w:tcW w:type="dxa" w:w="1994"/>
          </w:tcPr>
          <w:p>
            <w:pPr>
              <w:spacing w:after="0"/>
            </w:pPr>
            <w:r>
              <w:rPr>
                <w:sz w:val="17"/>
              </w:rPr>
              <w:t>10</w:t>
            </w:r>
          </w:p>
        </w:tc>
        <w:tc>
          <w:tcPr>
            <w:tcW w:type="dxa" w:w="1994"/>
          </w:tcPr>
          <w:p>
            <w:pPr>
              <w:spacing w:after="0"/>
            </w:pPr>
            <w:r>
              <w:rPr>
                <w:sz w:val="17"/>
              </w:rPr>
              <w:t>[AD SOYAD]</w:t>
            </w:r>
          </w:p>
        </w:tc>
        <w:tc>
          <w:tcPr>
            <w:tcW w:type="dxa" w:w="1994"/>
          </w:tcPr>
          <w:p>
            <w:pPr>
              <w:spacing w:after="0"/>
            </w:pPr>
            <w:r>
              <w:rPr>
                <w:sz w:val="17"/>
              </w:rPr>
              <w:t>[KURUM / GÖREV]</w:t>
            </w:r>
          </w:p>
        </w:tc>
        <w:tc>
          <w:tcPr>
            <w:tcW w:type="dxa" w:w="1994"/>
          </w:tcPr>
          <w:p>
            <w:pPr>
              <w:spacing w:after="0"/>
            </w:pPr>
            <w:r>
              <w:rPr>
                <w:sz w:val="17"/>
              </w:rPr>
              <w:t>[YÜZ YÜZE / UZAKTAN]</w:t>
            </w:r>
          </w:p>
        </w:tc>
        <w:tc>
          <w:tcPr>
            <w:tcW w:type="dxa" w:w="1994"/>
          </w:tcPr>
          <w:p>
            <w:pPr>
              <w:spacing w:after="0"/>
            </w:pPr>
            <w:r>
              <w:rPr>
                <w:sz w:val="17"/>
              </w:rPr>
              <w:t>[İMZA / NOT]</w:t>
            </w:r>
          </w:p>
        </w:tc>
      </w:tr>
      <w:tr>
        <w:tc>
          <w:tcPr>
            <w:tcW w:type="dxa" w:w="1994"/>
          </w:tcPr>
          <w:p>
            <w:pPr>
              <w:spacing w:after="0"/>
            </w:pPr>
            <w:r>
              <w:rPr>
                <w:sz w:val="17"/>
              </w:rPr>
              <w:t>11</w:t>
            </w:r>
          </w:p>
        </w:tc>
        <w:tc>
          <w:tcPr>
            <w:tcW w:type="dxa" w:w="1994"/>
          </w:tcPr>
          <w:p>
            <w:pPr>
              <w:spacing w:after="0"/>
            </w:pPr>
            <w:r>
              <w:rPr>
                <w:sz w:val="17"/>
              </w:rPr>
              <w:t>[AD SOYAD]</w:t>
            </w:r>
          </w:p>
        </w:tc>
        <w:tc>
          <w:tcPr>
            <w:tcW w:type="dxa" w:w="1994"/>
          </w:tcPr>
          <w:p>
            <w:pPr>
              <w:spacing w:after="0"/>
            </w:pPr>
            <w:r>
              <w:rPr>
                <w:sz w:val="17"/>
              </w:rPr>
              <w:t>[KURUM / GÖREV]</w:t>
            </w:r>
          </w:p>
        </w:tc>
        <w:tc>
          <w:tcPr>
            <w:tcW w:type="dxa" w:w="1994"/>
          </w:tcPr>
          <w:p>
            <w:pPr>
              <w:spacing w:after="0"/>
            </w:pPr>
            <w:r>
              <w:rPr>
                <w:sz w:val="17"/>
              </w:rPr>
              <w:t>[YÜZ YÜZE / UZAKTAN]</w:t>
            </w:r>
          </w:p>
        </w:tc>
        <w:tc>
          <w:tcPr>
            <w:tcW w:type="dxa" w:w="1994"/>
          </w:tcPr>
          <w:p>
            <w:pPr>
              <w:spacing w:after="0"/>
            </w:pPr>
            <w:r>
              <w:rPr>
                <w:sz w:val="17"/>
              </w:rPr>
              <w:t>[İMZA / NOT]</w:t>
            </w:r>
          </w:p>
        </w:tc>
      </w:tr>
      <w:tr>
        <w:tc>
          <w:tcPr>
            <w:tcW w:type="dxa" w:w="1994"/>
          </w:tcPr>
          <w:p>
            <w:pPr>
              <w:spacing w:after="0"/>
            </w:pPr>
            <w:r>
              <w:rPr>
                <w:sz w:val="17"/>
              </w:rPr>
              <w:t>12</w:t>
            </w:r>
          </w:p>
        </w:tc>
        <w:tc>
          <w:tcPr>
            <w:tcW w:type="dxa" w:w="1994"/>
          </w:tcPr>
          <w:p>
            <w:pPr>
              <w:spacing w:after="0"/>
            </w:pPr>
            <w:r>
              <w:rPr>
                <w:sz w:val="17"/>
              </w:rPr>
              <w:t>[AD SOYAD]</w:t>
            </w:r>
          </w:p>
        </w:tc>
        <w:tc>
          <w:tcPr>
            <w:tcW w:type="dxa" w:w="1994"/>
          </w:tcPr>
          <w:p>
            <w:pPr>
              <w:spacing w:after="0"/>
            </w:pPr>
            <w:r>
              <w:rPr>
                <w:sz w:val="17"/>
              </w:rPr>
              <w:t>[KURUM / GÖREV]</w:t>
            </w:r>
          </w:p>
        </w:tc>
        <w:tc>
          <w:tcPr>
            <w:tcW w:type="dxa" w:w="1994"/>
          </w:tcPr>
          <w:p>
            <w:pPr>
              <w:spacing w:after="0"/>
            </w:pPr>
            <w:r>
              <w:rPr>
                <w:sz w:val="17"/>
              </w:rPr>
              <w:t>[YÜZ YÜZE / UZAKTAN]</w:t>
            </w:r>
          </w:p>
        </w:tc>
        <w:tc>
          <w:tcPr>
            <w:tcW w:type="dxa" w:w="1994"/>
          </w:tcPr>
          <w:p>
            <w:pPr>
              <w:spacing w:after="0"/>
            </w:pPr>
            <w:r>
              <w:rPr>
                <w:sz w:val="17"/>
              </w:rPr>
              <w:t>[İMZA / NOT]</w:t>
            </w:r>
          </w:p>
        </w:tc>
      </w:tr>
    </w:tbl>
    <w:p>
      <w:pPr>
        <w:spacing w:before="200"/>
      </w:pPr>
      <w:r>
        <w:t>Toplam katılımcı: [SAYI]</w:t>
      </w:r>
    </w:p>
    <w:p>
      <w:r>
        <w:t>Açıklama: [GEÇ KATILIM, ERKEN AYRILMA VEYA DİĞER NOTLAR]</w:t>
      </w:r>
    </w:p>
    <w:p>
      <w:pPr>
        <w:spacing w:before="160"/>
      </w:pPr>
      <w:r>
        <w:rPr>
          <w:i/>
          <w:sz w:val="18"/>
        </w:rPr>
        <w:t>Kullanım notu: İmza yalnızca yüz yüze katılımda uygunsa alınmalıdır. Uzaktan katılım için doğrulanabilir toplantı kaydı veya davet listesi gibi ayrı kanıtlar saklayın. Bu çizelge tek başına karar tutanağı ya da resmî hazirun cetveli yerine geçmez.</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Toplantı Katılım Çizelgesi</dc:title>
  <dc:subject>Düzenlenebilir genel toplantı katılım kayıt formu</dc:subject>
  <dc:creator>Sözleşme İndir</dc:creator>
  <cp:keywords/>
  <dc:description>generated by python-docx</dc:description>
  <cp:lastModifiedBy/>
  <cp:revision>1</cp:revision>
  <dcterms:created xsi:type="dcterms:W3CDTF">2013-12-23T23:15:00Z</dcterms:created>
  <dcterms:modified xsi:type="dcterms:W3CDTF">2013-12-23T23:15:00Z</dcterms:modified>
  <cp:category/>
</cp:coreProperties>
</file>