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Öğrenci Belgesi Talep Dilekçesi</w:t>
      </w:r>
    </w:p>
    <w:p>
      <w:r>
        <w:t>[OKUL / ÜNİVERSİTE ÖĞRENCİ İŞLERİNE]</w:t>
      </w:r>
    </w:p>
    <w:p>
      <w:r>
        <w:t>Öğrenci: [AD SOYAD]    Öğrenci no / sınıf / program: [BİLGİLER]</w:t>
      </w:r>
    </w:p>
    <w:p>
      <w:r>
        <w:t>Tarih: [GG/AA/YYYY]    Konu: Öğrencilik durumunu gösteren belge talebi</w:t>
      </w:r>
    </w:p>
    <w:p>
      <w:r>
        <w:t>[AMAÇ / KURUM] işleminde kullanmak üzere güncel öğrenim durumumu gösteren, [GEREKİYORSA KURUMUN İSTEDİĞİ ÖZEL BİLGİ] içeren öğrenci belgesinin düzenlenmesini veya erişim yönteminin tarafıma bildirilmesini arz ederim.</w:t>
      </w:r>
    </w:p>
    <w:p>
      <w:r>
        <w:t>İstenen teslim yöntemi: [KURUM PORTALI / E-POSTA / ELDEN, KURUMCA İZİN VERİLEN].</w:t>
      </w:r>
    </w:p>
    <w:p>
      <w:r>
        <w:t>Ad soyad, iletişim ve imza: [BİLGİLER]</w:t>
      </w:r>
    </w:p>
    <w:p>
      <w:pPr>
        <w:spacing w:before="180"/>
      </w:pPr>
      <w:r>
        <w:rPr>
          <w:i/>
          <w:sz w:val="16"/>
        </w:rPr>
        <w:t>Kullanım notu: MEB veya YÖK öğrenci belgesi e-Devlet’ten alınabiliyorsa önce o hizmeti kullanın. Bu dilekçe özel içerik veya kurumsal işlem gerektiğinde başvuru içindir; kendisi öğrenci belgesi değildir.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Belgesi Talep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