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Kira Ödeme Takip Çizelgesi</w:t>
      </w:r>
    </w:p>
    <w:p>
      <w:r>
        <w:t>Bu çizelge, bir taşınmazın aylık kira ödemelerini ve ilgili banka veya PTT işlem bilgilerini birlikte izlemek için kullanılır. Her satırı ödeme belgesiyle karşılaştırarak doldurun.</w:t>
      </w:r>
    </w:p>
    <w:p>
      <w:r>
        <w:t>Taşınmaz adresi: [AÇIK ADRES]</w:t>
      </w:r>
    </w:p>
    <w:p>
      <w:r>
        <w:t>Kiraya veren: [AD SOYAD / UNVAN]    Kiracı: [AD SOYAD / UNVAN]</w:t>
      </w:r>
    </w:p>
    <w:p>
      <w:r>
        <w:t>Takip yılı: [YYYY]    Aylık kira tutarı: [TUTAR] TL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  <w:sz w:val="17"/>
              </w:rPr>
              <w:t>Dönem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Vade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Tutar TL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Ödeme tarihi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Banka / PTT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İşlem / dekont no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Ocak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Şubat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Mart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Nisan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Mayıs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Haziran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Temmuz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Ağustos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Eylül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Ekim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Kasım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  <w:tr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Aralık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[TUTAR]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[GG/AA/YYYY]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[KURUM]</w:t>
            </w:r>
          </w:p>
        </w:tc>
        <w:tc>
          <w:tcPr>
            <w:tcW w:type="dxa" w:w="1700"/>
          </w:tcPr>
          <w:p>
            <w:pPr>
              <w:spacing w:after="0"/>
            </w:pPr>
            <w:r>
              <w:rPr>
                <w:sz w:val="16"/>
              </w:rPr>
              <w:t>[REFERANS]</w:t>
            </w:r>
          </w:p>
        </w:tc>
      </w:tr>
    </w:tbl>
    <w:p>
      <w:pPr>
        <w:spacing w:before="160"/>
      </w:pPr>
      <w:r>
        <w:t>Açıklamalar: [KISMİ ÖDEME, FARKLI DÖNEME AİT ÖDEME VEYA DÜZELTME VARSA YAZIN]</w:t>
      </w:r>
    </w:p>
    <w:p>
      <w:r>
        <w:t>Doldurma notu: Her ödeme için bankanın veya PTT’nin düzenlediği dekontu ya da hesap bildirimini ayrıca saklayın. Bu çizelge yalnızca kişisel takip aracıdır; ödeme belgesinin yerine geçmez.</w:t>
      </w:r>
    </w:p>
    <w:sectPr w:rsidR="00FC693F" w:rsidRPr="0006063C" w:rsidSect="00034616">
      <w:pgSz w:w="12240" w:h="15840"/>
      <w:pgMar w:top="1077" w:right="1020" w:bottom="107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Ödeme Takip Çizelgesi</dc:title>
  <dc:subject>Banka veya PTT işlem bilgileriyle aylık kira ödemelerini izleme formu</dc:subject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