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İşe Giriş Evrak Teslim Listesi</w:t>
      </w:r>
    </w:p>
    <w:p>
      <w:r>
        <w:t>İşveren / birim: [AD]    Çalışan ad soyad: [AD SOYAD]</w:t>
      </w:r>
    </w:p>
    <w:p>
      <w:r>
        <w:t>İşe başlama tarihi: [GG/AA/YYYY]    Liste kontrol tarihi: [GG/AA/YYYY]</w:t>
      </w:r>
    </w:p>
    <w:p>
      <w:r>
        <w:t>Yalnızca işin niteliği ve mevzuat için gerçekten gerekli belgeleri işaretleyin. Bu liste resmî SGK bildiriminin yerine geçmez.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191"/>
        <w:gridCol w:w="1191"/>
        <w:gridCol w:w="3175"/>
      </w:tblGrid>
      <w:tr>
        <w:tc>
          <w:tcPr>
            <w:tcW w:type="dxa" w:w="3402"/>
          </w:tcPr>
          <w:p>
            <w:r>
              <w:rPr>
                <w:b/>
                <w:sz w:val="17"/>
              </w:rPr>
              <w:t>Belge / kayıt</w:t>
            </w:r>
          </w:p>
        </w:tc>
        <w:tc>
          <w:tcPr>
            <w:tcW w:type="dxa" w:w="1191"/>
          </w:tcPr>
          <w:p>
            <w:r>
              <w:rPr>
                <w:b/>
                <w:sz w:val="17"/>
              </w:rPr>
              <w:t>Gerekli mi?</w:t>
            </w:r>
          </w:p>
        </w:tc>
        <w:tc>
          <w:tcPr>
            <w:tcW w:type="dxa" w:w="1191"/>
          </w:tcPr>
          <w:p>
            <w:r>
              <w:rPr>
                <w:b/>
                <w:sz w:val="17"/>
              </w:rPr>
              <w:t>Alındı mı?</w:t>
            </w:r>
          </w:p>
        </w:tc>
        <w:tc>
          <w:tcPr>
            <w:tcW w:type="dxa" w:w="3175"/>
          </w:tcPr>
          <w:p>
            <w:r>
              <w:rPr>
                <w:b/>
                <w:sz w:val="17"/>
              </w:rPr>
              <w:t>Tarih / güvenli kayıt yeri</w:t>
            </w:r>
          </w:p>
        </w:tc>
      </w:tr>
      <w:tr>
        <w:tc>
          <w:tcPr>
            <w:tcW w:type="dxa" w:w="3402"/>
          </w:tcPr>
          <w:p>
            <w:r>
              <w:rPr>
                <w:sz w:val="17"/>
              </w:rPr>
              <w:t>İmzalı iş sözleşmesi veya görevlendirme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3175"/>
          </w:tcPr>
          <w:p>
            <w:r>
              <w:rPr>
                <w:sz w:val="17"/>
              </w:rPr>
              <w:t>[TARİH / KAYIT]</w:t>
            </w:r>
          </w:p>
        </w:tc>
      </w:tr>
      <w:tr>
        <w:tc>
          <w:tcPr>
            <w:tcW w:type="dxa" w:w="3402"/>
          </w:tcPr>
          <w:p>
            <w:r>
              <w:rPr>
                <w:sz w:val="17"/>
              </w:rPr>
              <w:t>Banka ödeme bilgisi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3175"/>
          </w:tcPr>
          <w:p>
            <w:r>
              <w:rPr>
                <w:sz w:val="17"/>
              </w:rPr>
              <w:t>[TARİH / KAYIT]</w:t>
            </w:r>
          </w:p>
        </w:tc>
      </w:tr>
      <w:tr>
        <w:tc>
          <w:tcPr>
            <w:tcW w:type="dxa" w:w="3402"/>
          </w:tcPr>
          <w:p>
            <w:r>
              <w:rPr>
                <w:sz w:val="17"/>
              </w:rPr>
              <w:t>Mesleki yeterlilik / diploma (gerekiyorsa)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3175"/>
          </w:tcPr>
          <w:p>
            <w:r>
              <w:rPr>
                <w:sz w:val="17"/>
              </w:rPr>
              <w:t>[TARİH / KAYIT]</w:t>
            </w:r>
          </w:p>
        </w:tc>
      </w:tr>
      <w:tr>
        <w:tc>
          <w:tcPr>
            <w:tcW w:type="dxa" w:w="3402"/>
          </w:tcPr>
          <w:p>
            <w:r>
              <w:rPr>
                <w:sz w:val="17"/>
              </w:rPr>
              <w:t>İSG eğitim / bilgilendirme kaydı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3175"/>
          </w:tcPr>
          <w:p>
            <w:r>
              <w:rPr>
                <w:sz w:val="17"/>
              </w:rPr>
              <w:t>[TARİH / KAYIT]</w:t>
            </w:r>
          </w:p>
        </w:tc>
      </w:tr>
      <w:tr>
        <w:tc>
          <w:tcPr>
            <w:tcW w:type="dxa" w:w="3402"/>
          </w:tcPr>
          <w:p>
            <w:r>
              <w:rPr>
                <w:sz w:val="17"/>
              </w:rPr>
              <w:t>İşe uygunluk veya sağlık kaydı (gerekiyorsa)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3175"/>
          </w:tcPr>
          <w:p>
            <w:r>
              <w:rPr>
                <w:sz w:val="17"/>
              </w:rPr>
              <w:t>[TARİH / KAYIT]</w:t>
            </w:r>
          </w:p>
        </w:tc>
      </w:tr>
      <w:tr>
        <w:tc>
          <w:tcPr>
            <w:tcW w:type="dxa" w:w="3402"/>
          </w:tcPr>
          <w:p>
            <w:r>
              <w:rPr>
                <w:sz w:val="17"/>
              </w:rPr>
              <w:t>Diğer: [BELGE]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[E / H]</w:t>
            </w:r>
          </w:p>
        </w:tc>
        <w:tc>
          <w:tcPr>
            <w:tcW w:type="dxa" w:w="3175"/>
          </w:tcPr>
          <w:p>
            <w:r>
              <w:rPr>
                <w:sz w:val="17"/>
              </w:rPr>
              <w:t>[TARİH / KAYIT]</w:t>
            </w:r>
          </w:p>
        </w:tc>
      </w:tr>
    </w:tbl>
    <w:p>
      <w:r>
        <w:t>Eksik belge ve takip sorumlusu: [YOK / BELGE / KİŞİ / HEDEF TARİH]</w:t>
      </w:r>
    </w:p>
    <w:p>
      <w:r>
        <w:t>Kontrol eden: [AD / GÖREV / İMZA]    Çalışan teyidi (isteğe bağlı): [İMZA]</w:t>
      </w:r>
    </w:p>
    <w:p>
      <w:pPr>
        <w:spacing w:before="220"/>
      </w:pPr>
      <w:r>
        <w:rPr>
          <w:i/>
          <w:sz w:val="17"/>
        </w:rPr>
        <w:t>Kullanım notu: Bu genel kontrol listesini işin ve hukuki statünün gerektirdiği belgelerle uyarlayın. Gereksiz kimlik veya sağlık verisi toplamayın; hassas belgelerin kendisini bu Word dosyasına gömmeyin. SGK işe giriş bildirimi ayrıca yapılır.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Giriş Evrak Teslim Listesi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