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İş Teslim Tutanağı</w:t>
      </w:r>
    </w:p>
    <w:p>
      <w:r>
        <w:t>İş / sipariş / sözleşme referansı: [NUMARA VE TARİH]</w:t>
      </w:r>
    </w:p>
    <w:p>
      <w:r>
        <w:t>Teslim eden: [AD / UNVAN]    Teslim alan: [AD / UNVAN]</w:t>
      </w:r>
    </w:p>
    <w:p>
      <w:r>
        <w:t>Teslim tarihi, saati ve yöntemi: [GG/AA/YYYY SS:DD, YER / BAĞLANTI]</w:t>
      </w:r>
    </w:p>
    <w:p>
      <w:r>
        <w:t>Aşağıdaki somut çıktılar belirtilen biçimde teslim edilmiştir. Teslim alma, ayrı kabul ölçütleri incelenmeden işin eksiksiz kabul edildiği anlamına gelmez.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3798"/>
        <w:gridCol w:w="1757"/>
        <w:gridCol w:w="3118"/>
      </w:tblGrid>
      <w:tr>
        <w:tc>
          <w:tcPr>
            <w:tcW w:type="dxa" w:w="567"/>
          </w:tcPr>
          <w:p>
            <w:r>
              <w:rPr>
                <w:b/>
                <w:sz w:val="17"/>
              </w:rPr>
              <w:t>No</w:t>
            </w:r>
          </w:p>
        </w:tc>
        <w:tc>
          <w:tcPr>
            <w:tcW w:type="dxa" w:w="3798"/>
          </w:tcPr>
          <w:p>
            <w:r>
              <w:rPr>
                <w:b/>
                <w:sz w:val="17"/>
              </w:rPr>
              <w:t>Teslim edilen çıktı / sürüm</w:t>
            </w:r>
          </w:p>
        </w:tc>
        <w:tc>
          <w:tcPr>
            <w:tcW w:type="dxa" w:w="1757"/>
          </w:tcPr>
          <w:p>
            <w:r>
              <w:rPr>
                <w:b/>
                <w:sz w:val="17"/>
              </w:rPr>
              <w:t>Adet / biçim</w:t>
            </w:r>
          </w:p>
        </w:tc>
        <w:tc>
          <w:tcPr>
            <w:tcW w:type="dxa" w:w="3118"/>
          </w:tcPr>
          <w:p>
            <w:r>
              <w:rPr>
                <w:b/>
                <w:sz w:val="17"/>
              </w:rPr>
              <w:t>Durum / çekince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3798"/>
          </w:tcPr>
          <w:p>
            <w:r>
              <w:rPr>
                <w:sz w:val="17"/>
              </w:rPr>
              <w:t>[ÇIKTI / SÜRÜM]</w:t>
            </w:r>
          </w:p>
        </w:tc>
        <w:tc>
          <w:tcPr>
            <w:tcW w:type="dxa" w:w="1757"/>
          </w:tcPr>
          <w:p>
            <w:r>
              <w:rPr>
                <w:sz w:val="17"/>
              </w:rPr>
              <w:t>[ADET / FORMAT]</w:t>
            </w:r>
          </w:p>
        </w:tc>
        <w:tc>
          <w:tcPr>
            <w:tcW w:type="dxa" w:w="3118"/>
          </w:tcPr>
          <w:p>
            <w:r>
              <w:rPr>
                <w:sz w:val="17"/>
              </w:rPr>
              <w:t>[DURUM]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3798"/>
          </w:tcPr>
          <w:p>
            <w:r>
              <w:rPr>
                <w:sz w:val="17"/>
              </w:rPr>
              <w:t>[ÇIKTI / SÜRÜM]</w:t>
            </w:r>
          </w:p>
        </w:tc>
        <w:tc>
          <w:tcPr>
            <w:tcW w:type="dxa" w:w="1757"/>
          </w:tcPr>
          <w:p>
            <w:r>
              <w:rPr>
                <w:sz w:val="17"/>
              </w:rPr>
              <w:t>[ADET / FORMAT]</w:t>
            </w:r>
          </w:p>
        </w:tc>
        <w:tc>
          <w:tcPr>
            <w:tcW w:type="dxa" w:w="3118"/>
          </w:tcPr>
          <w:p>
            <w:r>
              <w:rPr>
                <w:sz w:val="17"/>
              </w:rPr>
              <w:t>[DURUM]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3798"/>
          </w:tcPr>
          <w:p>
            <w:r>
              <w:rPr>
                <w:sz w:val="17"/>
              </w:rPr>
              <w:t>[ÇIKTI / SÜRÜM]</w:t>
            </w:r>
          </w:p>
        </w:tc>
        <w:tc>
          <w:tcPr>
            <w:tcW w:type="dxa" w:w="1757"/>
          </w:tcPr>
          <w:p>
            <w:r>
              <w:rPr>
                <w:sz w:val="17"/>
              </w:rPr>
              <w:t>[ADET / FORMAT]</w:t>
            </w:r>
          </w:p>
        </w:tc>
        <w:tc>
          <w:tcPr>
            <w:tcW w:type="dxa" w:w="3118"/>
          </w:tcPr>
          <w:p>
            <w:r>
              <w:rPr>
                <w:sz w:val="17"/>
              </w:rPr>
              <w:t>[DURUM]</w:t>
            </w:r>
          </w:p>
        </w:tc>
      </w:tr>
    </w:tbl>
    <w:p>
      <w:r>
        <w:t>İlgili kabul ölçütleri / kontrol listesi: [EK NO / YOK]</w:t>
      </w:r>
    </w:p>
    <w:p>
      <w:r>
        <w:t>Eksik, ayıp, açık çekince veya sonradan kontrol edilecek konu: [YOK / AYRINTI]</w:t>
      </w:r>
    </w:p>
    <w:p>
      <w:r>
        <w:t>Varsa düzeltme veya yeniden teslim tarihi: [TARİH / YOK]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>
              <w:rPr>
                <w:b/>
                <w:sz w:val="17"/>
              </w:rPr>
              <w:t>Teslim eden</w:t>
            </w:r>
          </w:p>
        </w:tc>
        <w:tc>
          <w:tcPr>
            <w:tcW w:type="dxa" w:w="4759"/>
          </w:tcPr>
          <w:p>
            <w:r>
              <w:rPr>
                <w:b/>
                <w:sz w:val="17"/>
              </w:rPr>
              <w:t>Teslim alan</w:t>
            </w:r>
          </w:p>
        </w:tc>
      </w:tr>
      <w:tr>
        <w:tc>
          <w:tcPr>
            <w:tcW w:type="dxa" w:w="4759"/>
          </w:tcPr>
          <w:p>
            <w:r>
              <w:rPr>
                <w:sz w:val="17"/>
              </w:rPr>
              <w:t>[AD / GÖREV / İMZA]</w:t>
            </w:r>
          </w:p>
        </w:tc>
        <w:tc>
          <w:tcPr>
            <w:tcW w:type="dxa" w:w="4759"/>
          </w:tcPr>
          <w:p>
            <w:r>
              <w:rPr>
                <w:sz w:val="17"/>
              </w:rPr>
              <w:t>[AD / GÖREV / İMZA]</w:t>
            </w:r>
          </w:p>
        </w:tc>
      </w:tr>
    </w:tbl>
    <w:p>
      <w:pPr>
        <w:spacing w:before="200"/>
      </w:pPr>
      <w:r>
        <w:rPr>
          <w:i/>
          <w:sz w:val="17"/>
        </w:rPr>
        <w:t>Kullanım notu: Sadece fiili teslimi kaydedin. Sözleşmede ayrı kabul veya test süreci varsa onu ayrıca uygulayın. Eksik ve çekinceleri imzadan önce somut biçimde yazın; dijital teslimde dosya adları ve sürümleri saklayın.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Teslim Tutanağı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