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İş Başvurusu Dilekçesi</w:t>
      </w:r>
    </w:p>
    <w:p>
      <w:r>
        <w:t>[İŞVEREN / KURUM ADI]</w:t>
      </w:r>
    </w:p>
    <w:p>
      <w:r>
        <w:t>[İNSAN KAYNAKLARI BİRİMİNE / YETKİLİYE]</w:t>
      </w:r>
    </w:p>
    <w:p>
      <w:r>
        <w:t>Tarih: [GG/AA/YYYY]</w:t>
      </w:r>
    </w:p>
    <w:p>
      <w:r>
        <w:t>Konu: [POZİSYON ADI] pozisyonuna iş başvurusu</w:t>
      </w:r>
    </w:p>
    <w:p>
      <w:r>
        <w:t>[BAŞVURU KAYNAĞI / İLAN REFERANSI] üzerinden öğrendiğim [POZİSYON ADI] pozisyonuna başvuruyorum. [İLGİLİ EĞİTİM VEYA DENEYİMİNİZİ DOĞRU VE KISA ŞEKİLDE YAZIN]. [BU POZİSYONA KATKINIZI GÖSTEREN SOMUT BİR BECERİ VEYA ÇALIŞMA ÖRNEĞİ EKLEYİN].</w:t>
      </w:r>
    </w:p>
    <w:p>
      <w:r>
        <w:t>Başvurumun değerlendirilmesini rica ederim. Uygun görülürse görüşmeye katılabilirim. Özgeçmişim ektedir.</w:t>
      </w:r>
    </w:p>
    <w:p>
      <w:r>
        <w:t>Saygılarımla,</w:t>
      </w:r>
    </w:p>
    <w:p>
      <w:r>
        <w:t>Ad soyad: [AD SOYAD]</w:t>
      </w:r>
    </w:p>
    <w:p>
      <w:r>
        <w:t>E-posta / telefon: [İLETİŞİM BİLGİSİ]</w:t>
      </w:r>
    </w:p>
    <w:p>
      <w:r>
        <w:t>İmza (fiziksel başvuruda): [İMZA]</w:t>
      </w:r>
    </w:p>
    <w:p>
      <w:r>
        <w:t>Ek: Özgeçmiş [VAR / YOK]</w:t>
      </w:r>
    </w:p>
    <w:p>
      <w:pPr>
        <w:spacing w:before="240"/>
      </w:pPr>
      <w:r>
        <w:rPr>
          <w:i/>
          <w:sz w:val="17"/>
        </w:rPr>
        <w:t>Kullanım notu: Gerçek olmayan deneyim veya yetkinlik eklemeyin. İlanda istenmeyen kimlik numarası, sağlık bilgisi veya başka hassas bilgileri gereksiz yere paylaşmayın. Köşeli ayraçlı yönergeleri göndermeden önce kendi cümlelerinizle değiştirin; ilgili olmayan satırları silin.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 Başvurusu Dilekçesi</dc:title>
  <dc:subject/>
  <dc:creator>Sözleşme İndir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