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Eşya Teslim Tutanağı</w:t>
      </w:r>
    </w:p>
    <w:p>
      <w:r>
        <w:t>Teslim tarihi: [GG/AA/YYYY]    Saat: [SS:DD]    Yer: [TESLİM YERİ]</w:t>
      </w:r>
    </w:p>
    <w:p>
      <w:r>
        <w:t>Teslim eden: [AD SOYAD / UNVAN]</w:t>
      </w:r>
    </w:p>
    <w:p>
      <w:r>
        <w:t>Teslim alan: [AD SOYAD / UNVAN]</w:t>
      </w:r>
    </w:p>
    <w:p>
      <w:r>
        <w:t>Aşağıda belirtilen eşya, taraflarca birlikte kontrol edilerek belirtilen durumda teslim edilmiştir. Eksik, hasar veya açıklama varsa ilgili satırda ve notlar bölümünde yazılmıştır.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</w:tcPr>
          <w:p>
            <w:r>
              <w:rPr>
                <w:b/>
              </w:rPr>
              <w:t>Eşya / tanım</w:t>
            </w:r>
          </w:p>
        </w:tc>
        <w:tc>
          <w:tcPr>
            <w:tcW w:type="dxa" w:w="2379"/>
          </w:tcPr>
          <w:p>
            <w:r>
              <w:rPr>
                <w:b/>
              </w:rPr>
              <w:t>Adet</w:t>
            </w:r>
          </w:p>
        </w:tc>
        <w:tc>
          <w:tcPr>
            <w:tcW w:type="dxa" w:w="2379"/>
          </w:tcPr>
          <w:p>
            <w:r>
              <w:rPr>
                <w:b/>
              </w:rPr>
              <w:t>Seri / ayırt edici bilgi</w:t>
            </w:r>
          </w:p>
        </w:tc>
        <w:tc>
          <w:tcPr>
            <w:tcW w:type="dxa" w:w="2379"/>
          </w:tcPr>
          <w:p>
            <w:r>
              <w:rPr>
                <w:b/>
              </w:rPr>
              <w:t>Teslim durumu</w:t>
            </w:r>
          </w:p>
        </w:tc>
      </w:tr>
      <w:tr>
        <w:tc>
          <w:tcPr>
            <w:tcW w:type="dxa" w:w="2379"/>
          </w:tcPr>
          <w:p>
            <w:r>
              <w:t>[EŞYA]</w:t>
            </w:r>
          </w:p>
        </w:tc>
        <w:tc>
          <w:tcPr>
            <w:tcW w:type="dxa" w:w="2379"/>
          </w:tcPr>
          <w:p>
            <w:r>
              <w:t>[ADET]</w:t>
            </w:r>
          </w:p>
        </w:tc>
        <w:tc>
          <w:tcPr>
            <w:tcW w:type="dxa" w:w="2379"/>
          </w:tcPr>
          <w:p>
            <w:r>
              <w:t>[SERİ NO / RENK / MODEL]</w:t>
            </w:r>
          </w:p>
        </w:tc>
        <w:tc>
          <w:tcPr>
            <w:tcW w:type="dxa" w:w="2379"/>
          </w:tcPr>
          <w:p>
            <w:r>
              <w:t>[SAĞLAM / AÇIKLAMA]</w:t>
            </w:r>
          </w:p>
        </w:tc>
      </w:tr>
      <w:tr>
        <w:tc>
          <w:tcPr>
            <w:tcW w:type="dxa" w:w="2379"/>
          </w:tcPr>
          <w:p>
            <w:r>
              <w:t>[EŞYA]</w:t>
            </w:r>
          </w:p>
        </w:tc>
        <w:tc>
          <w:tcPr>
            <w:tcW w:type="dxa" w:w="2379"/>
          </w:tcPr>
          <w:p>
            <w:r>
              <w:t>[ADET]</w:t>
            </w:r>
          </w:p>
        </w:tc>
        <w:tc>
          <w:tcPr>
            <w:tcW w:type="dxa" w:w="2379"/>
          </w:tcPr>
          <w:p>
            <w:r>
              <w:t>[SERİ NO / RENK / MODEL]</w:t>
            </w:r>
          </w:p>
        </w:tc>
        <w:tc>
          <w:tcPr>
            <w:tcW w:type="dxa" w:w="2379"/>
          </w:tcPr>
          <w:p>
            <w:r>
              <w:t>[SAĞLAM / AÇIKLAMA]</w:t>
            </w:r>
          </w:p>
        </w:tc>
      </w:tr>
      <w:tr>
        <w:tc>
          <w:tcPr>
            <w:tcW w:type="dxa" w:w="2379"/>
          </w:tcPr>
          <w:p>
            <w:r>
              <w:t>[EŞYA]</w:t>
            </w:r>
          </w:p>
        </w:tc>
        <w:tc>
          <w:tcPr>
            <w:tcW w:type="dxa" w:w="2379"/>
          </w:tcPr>
          <w:p>
            <w:r>
              <w:t>[ADET]</w:t>
            </w:r>
          </w:p>
        </w:tc>
        <w:tc>
          <w:tcPr>
            <w:tcW w:type="dxa" w:w="2379"/>
          </w:tcPr>
          <w:p>
            <w:r>
              <w:t>[SERİ NO / RENK / MODEL]</w:t>
            </w:r>
          </w:p>
        </w:tc>
        <w:tc>
          <w:tcPr>
            <w:tcW w:type="dxa" w:w="2379"/>
          </w:tcPr>
          <w:p>
            <w:r>
              <w:t>[SAĞLAM / AÇIKLAMA]</w:t>
            </w:r>
          </w:p>
        </w:tc>
      </w:tr>
      <w:tr>
        <w:tc>
          <w:tcPr>
            <w:tcW w:type="dxa" w:w="2379"/>
          </w:tcPr>
          <w:p>
            <w:r>
              <w:t>[EŞYA]</w:t>
            </w:r>
          </w:p>
        </w:tc>
        <w:tc>
          <w:tcPr>
            <w:tcW w:type="dxa" w:w="2379"/>
          </w:tcPr>
          <w:p>
            <w:r>
              <w:t>[ADET]</w:t>
            </w:r>
          </w:p>
        </w:tc>
        <w:tc>
          <w:tcPr>
            <w:tcW w:type="dxa" w:w="2379"/>
          </w:tcPr>
          <w:p>
            <w:r>
              <w:t>[SERİ NO / RENK / MODEL]</w:t>
            </w:r>
          </w:p>
        </w:tc>
        <w:tc>
          <w:tcPr>
            <w:tcW w:type="dxa" w:w="2379"/>
          </w:tcPr>
          <w:p>
            <w:r>
              <w:t>[SAĞLAM / AÇIKLAMA]</w:t>
            </w:r>
          </w:p>
        </w:tc>
      </w:tr>
    </w:tbl>
    <w:p>
      <w:pPr>
        <w:spacing w:before="240"/>
      </w:pPr>
      <w:r>
        <w:t>Ekler: [FOTOĞRAF / LİSTE / YOK]</w:t>
      </w:r>
    </w:p>
    <w:p>
      <w:r>
        <w:t>Açıklamalar ve tespit edilen eksikler: [AÇIKLAMALARI YAZIN; YOKSA “YOK” YAZIN]</w:t>
      </w:r>
    </w:p>
    <w:p>
      <w:r>
        <w:t>Taraflar, yukarıdaki teslim bilgilerini okuduklarını ve tutanağın birer örneğini aldıklarını beyan eder.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>
              <w:t>Teslim eden</w:t>
            </w:r>
          </w:p>
        </w:tc>
        <w:tc>
          <w:tcPr>
            <w:tcW w:type="dxa" w:w="4759"/>
          </w:tcPr>
          <w:p>
            <w:r>
              <w:t>Teslim alan</w:t>
            </w:r>
          </w:p>
        </w:tc>
      </w:tr>
      <w:tr>
        <w:tc>
          <w:tcPr>
            <w:tcW w:type="dxa" w:w="4759"/>
          </w:tcPr>
          <w:p>
            <w:r>
              <w:t>Ad soyad: [AD SOYAD]</w:t>
            </w:r>
          </w:p>
        </w:tc>
        <w:tc>
          <w:tcPr>
            <w:tcW w:type="dxa" w:w="4759"/>
          </w:tcPr>
          <w:p>
            <w:r>
              <w:t>Ad soyad: [AD SOYAD]</w:t>
            </w:r>
          </w:p>
        </w:tc>
      </w:tr>
      <w:tr>
        <w:tc>
          <w:tcPr>
            <w:tcW w:type="dxa" w:w="4759"/>
          </w:tcPr>
          <w:p>
            <w:r>
              <w:t>İmza: [İMZA]</w:t>
            </w:r>
          </w:p>
        </w:tc>
        <w:tc>
          <w:tcPr>
            <w:tcW w:type="dxa" w:w="4759"/>
          </w:tcPr>
          <w:p>
            <w:r>
              <w:t>İmza: [İMZA]</w:t>
            </w:r>
          </w:p>
        </w:tc>
      </w:tr>
    </w:tbl>
    <w:p>
      <w:pPr>
        <w:spacing w:before="240"/>
      </w:pPr>
      <w:r>
        <w:t>Doldurma notu: Eşyanın durumunu gözle görülebilir ayrıntılarla yazın. Varsa seri numarasını ve fotoğraf eklerini belirtin. Boş satırları çıkarın veya “Yok” olarak doldurun; her iki tarafa da aynı tarihli imzalı bir örnek verin.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Eşya Teslim Tutanağı</dc:title>
  <dc:subject>Düzenlenebilir eşya teslim tutanağı örneği</dc:subject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