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Anahtar Teslim Tutanağı</w:t>
      </w:r>
    </w:p>
    <w:p>
      <w:r>
        <w:t>Teslim konusu yer / bölüm: [AÇIK ADRES VEYA BÖLÜM]</w:t>
      </w:r>
    </w:p>
    <w:p>
      <w:r>
        <w:t>Teslim tarihi ve saati: [GG/AA/YYYY SS:DD]    Teslim yeri: [YER]</w:t>
      </w:r>
    </w:p>
    <w:p>
      <w:r>
        <w:t>Aşağıda tanımlanan anahtarlar ve erişim araçları, belirtilen adetlerle teslim edilmiştir.</w:t>
      </w:r>
    </w:p>
    <w:tbl>
      <w:tblPr>
        <w:tblStyle w:val="TableGrid"/>
        <w:tblW w:type="auto" w:w="0"/>
        <w:jc w:val="center"/>
        <w:tblLayout w:type="fixed"/>
        <w:tblLook w:firstColumn="1" w:firstRow="1" w:lastColumn="0" w:lastRow="0" w:noHBand="0" w:noVBand="1" w:val="04A0"/>
      </w:tblPr>
      <w:tblGrid>
        <w:gridCol w:w="567"/>
        <w:gridCol w:w="2721"/>
        <w:gridCol w:w="2551"/>
        <w:gridCol w:w="850"/>
        <w:gridCol w:w="2211"/>
      </w:tblGrid>
      <w:tr>
        <w:tc>
          <w:tcPr>
            <w:tcW w:type="dxa" w:w="567"/>
          </w:tcPr>
          <w:p>
            <w:r>
              <w:rPr>
                <w:b/>
                <w:sz w:val="17"/>
              </w:rPr>
              <w:t>No</w:t>
            </w:r>
          </w:p>
        </w:tc>
        <w:tc>
          <w:tcPr>
            <w:tcW w:type="dxa" w:w="2721"/>
          </w:tcPr>
          <w:p>
            <w:r>
              <w:rPr>
                <w:b/>
                <w:sz w:val="17"/>
              </w:rPr>
              <w:t>Kapı / bölüm</w:t>
            </w:r>
          </w:p>
        </w:tc>
        <w:tc>
          <w:tcPr>
            <w:tcW w:type="dxa" w:w="2551"/>
          </w:tcPr>
          <w:p>
            <w:r>
              <w:rPr>
                <w:b/>
                <w:sz w:val="17"/>
              </w:rPr>
              <w:t>Anahtar veya araç türü</w:t>
            </w:r>
          </w:p>
        </w:tc>
        <w:tc>
          <w:tcPr>
            <w:tcW w:type="dxa" w:w="850"/>
          </w:tcPr>
          <w:p>
            <w:r>
              <w:rPr>
                <w:b/>
                <w:sz w:val="17"/>
              </w:rPr>
              <w:t>Adet</w:t>
            </w:r>
          </w:p>
        </w:tc>
        <w:tc>
          <w:tcPr>
            <w:tcW w:type="dxa" w:w="2211"/>
          </w:tcPr>
          <w:p>
            <w:r>
              <w:rPr>
                <w:b/>
                <w:sz w:val="17"/>
              </w:rPr>
              <w:t>Ayırt edici kayıt</w:t>
            </w:r>
          </w:p>
        </w:tc>
      </w:tr>
      <w:tr>
        <w:tc>
          <w:tcPr>
            <w:tcW w:type="dxa" w:w="567"/>
          </w:tcPr>
          <w:p>
            <w:r>
              <w:rPr>
                <w:sz w:val="17"/>
              </w:rPr>
              <w:t>1</w:t>
            </w:r>
          </w:p>
        </w:tc>
        <w:tc>
          <w:tcPr>
            <w:tcW w:type="dxa" w:w="2721"/>
          </w:tcPr>
          <w:p>
            <w:r>
              <w:rPr>
                <w:sz w:val="17"/>
              </w:rPr>
              <w:t>[BÖLÜM]</w:t>
            </w:r>
          </w:p>
        </w:tc>
        <w:tc>
          <w:tcPr>
            <w:tcW w:type="dxa" w:w="2551"/>
          </w:tcPr>
          <w:p>
            <w:r>
              <w:rPr>
                <w:sz w:val="17"/>
              </w:rPr>
              <w:t>[FİZİKSEL ANAHTAR / KART]</w:t>
            </w:r>
          </w:p>
        </w:tc>
        <w:tc>
          <w:tcPr>
            <w:tcW w:type="dxa" w:w="850"/>
          </w:tcPr>
          <w:p>
            <w:r>
              <w:rPr>
                <w:sz w:val="17"/>
              </w:rPr>
              <w:t>[SAYI]</w:t>
            </w:r>
          </w:p>
        </w:tc>
        <w:tc>
          <w:tcPr>
            <w:tcW w:type="dxa" w:w="2211"/>
          </w:tcPr>
          <w:p>
            <w:r>
              <w:rPr>
                <w:sz w:val="17"/>
              </w:rPr>
              <w:t>[ETİKET / KART NO]</w:t>
            </w:r>
          </w:p>
        </w:tc>
      </w:tr>
      <w:tr>
        <w:tc>
          <w:tcPr>
            <w:tcW w:type="dxa" w:w="567"/>
          </w:tcPr>
          <w:p>
            <w:r>
              <w:rPr>
                <w:sz w:val="17"/>
              </w:rPr>
              <w:t>2</w:t>
            </w:r>
          </w:p>
        </w:tc>
        <w:tc>
          <w:tcPr>
            <w:tcW w:type="dxa" w:w="2721"/>
          </w:tcPr>
          <w:p>
            <w:r>
              <w:rPr>
                <w:sz w:val="17"/>
              </w:rPr>
              <w:t>[BÖLÜM]</w:t>
            </w:r>
          </w:p>
        </w:tc>
        <w:tc>
          <w:tcPr>
            <w:tcW w:type="dxa" w:w="2551"/>
          </w:tcPr>
          <w:p>
            <w:r>
              <w:rPr>
                <w:sz w:val="17"/>
              </w:rPr>
              <w:t>[FİZİKSEL ANAHTAR / KART]</w:t>
            </w:r>
          </w:p>
        </w:tc>
        <w:tc>
          <w:tcPr>
            <w:tcW w:type="dxa" w:w="850"/>
          </w:tcPr>
          <w:p>
            <w:r>
              <w:rPr>
                <w:sz w:val="17"/>
              </w:rPr>
              <w:t>[SAYI]</w:t>
            </w:r>
          </w:p>
        </w:tc>
        <w:tc>
          <w:tcPr>
            <w:tcW w:type="dxa" w:w="2211"/>
          </w:tcPr>
          <w:p>
            <w:r>
              <w:rPr>
                <w:sz w:val="17"/>
              </w:rPr>
              <w:t>[ETİKET / KART NO]</w:t>
            </w:r>
          </w:p>
        </w:tc>
      </w:tr>
      <w:tr>
        <w:tc>
          <w:tcPr>
            <w:tcW w:type="dxa" w:w="567"/>
          </w:tcPr>
          <w:p>
            <w:r>
              <w:rPr>
                <w:sz w:val="17"/>
              </w:rPr>
              <w:t>3</w:t>
            </w:r>
          </w:p>
        </w:tc>
        <w:tc>
          <w:tcPr>
            <w:tcW w:type="dxa" w:w="2721"/>
          </w:tcPr>
          <w:p>
            <w:r>
              <w:rPr>
                <w:sz w:val="17"/>
              </w:rPr>
              <w:t>[BÖLÜM]</w:t>
            </w:r>
          </w:p>
        </w:tc>
        <w:tc>
          <w:tcPr>
            <w:tcW w:type="dxa" w:w="2551"/>
          </w:tcPr>
          <w:p>
            <w:r>
              <w:rPr>
                <w:sz w:val="17"/>
              </w:rPr>
              <w:t>[FİZİKSEL ANAHTAR / KART]</w:t>
            </w:r>
          </w:p>
        </w:tc>
        <w:tc>
          <w:tcPr>
            <w:tcW w:type="dxa" w:w="850"/>
          </w:tcPr>
          <w:p>
            <w:r>
              <w:rPr>
                <w:sz w:val="17"/>
              </w:rPr>
              <w:t>[SAYI]</w:t>
            </w:r>
          </w:p>
        </w:tc>
        <w:tc>
          <w:tcPr>
            <w:tcW w:type="dxa" w:w="2211"/>
          </w:tcPr>
          <w:p>
            <w:r>
              <w:rPr>
                <w:sz w:val="17"/>
              </w:rPr>
              <w:t>[ETİKET / KART NO]</w:t>
            </w:r>
          </w:p>
        </w:tc>
      </w:tr>
    </w:tbl>
    <w:p>
      <w:r>
        <w:t>Teslim amacı / ilgili işlem: [TAŞINMA / GÖREV DEVRİ / DİĞER]</w:t>
      </w:r>
    </w:p>
    <w:p>
      <w:r>
        <w:t>Eksik, çalışmayan veya sonradan teslim edilecek anahtar: [YOK / AYRINTI]</w:t>
      </w:r>
    </w:p>
    <w:p>
      <w:r>
        <w:t>Varsa iade veya geri teslim tarihi ve yöntemi: [TARİH / YÖNTEM]</w:t>
      </w:r>
    </w:p>
    <w:tbl>
      <w:tblPr>
        <w:tblStyle w:val="TableGrid"/>
        <w:tblW w:type="auto" w:w="0"/>
        <w:jc w:val="center"/>
        <w:tblLayout w:type="autofit"/>
        <w:tblLook w:firstColumn="1" w:firstRow="1" w:lastColumn="0" w:lastRow="0" w:noHBand="0" w:noVBand="1" w:val="04A0"/>
      </w:tblPr>
      <w:tblGrid>
        <w:gridCol w:w="4759"/>
        <w:gridCol w:w="4759"/>
      </w:tblGrid>
      <w:tr>
        <w:tc>
          <w:tcPr>
            <w:tcW w:type="dxa" w:w="4759"/>
          </w:tcPr>
          <w:p>
            <w:r>
              <w:rPr>
                <w:b/>
                <w:sz w:val="17"/>
              </w:rPr>
              <w:t>Teslim eden</w:t>
            </w:r>
          </w:p>
        </w:tc>
        <w:tc>
          <w:tcPr>
            <w:tcW w:type="dxa" w:w="4759"/>
          </w:tcPr>
          <w:p>
            <w:r>
              <w:rPr>
                <w:b/>
                <w:sz w:val="17"/>
              </w:rPr>
              <w:t>Teslim alan</w:t>
            </w:r>
          </w:p>
        </w:tc>
      </w:tr>
      <w:tr>
        <w:tc>
          <w:tcPr>
            <w:tcW w:type="dxa" w:w="4759"/>
          </w:tcPr>
          <w:p>
            <w:r>
              <w:rPr>
                <w:sz w:val="17"/>
              </w:rPr>
              <w:t>[AD SOYAD / SIFAT / İMZA]</w:t>
            </w:r>
          </w:p>
        </w:tc>
        <w:tc>
          <w:tcPr>
            <w:tcW w:type="dxa" w:w="4759"/>
          </w:tcPr>
          <w:p>
            <w:r>
              <w:rPr>
                <w:sz w:val="17"/>
              </w:rPr>
              <w:t>[AD SOYAD / SIFAT / İMZA]</w:t>
            </w:r>
          </w:p>
        </w:tc>
      </w:tr>
    </w:tbl>
    <w:p>
      <w:pPr>
        <w:spacing w:before="240"/>
      </w:pPr>
      <w:r>
        <w:rPr>
          <w:i/>
          <w:sz w:val="17"/>
        </w:rPr>
        <w:t>Kullanım notu: Anahtarların hangi kapıyı açtığını ve adetlerini birlikte kontrol edin. Güvenlik kodu ve parolaları bu belgeye yazmayın. Bu tutanak tek başına kira ilişkisinin sona erdiğini, taşınmazın boş ve borçsuz teslim edildiğini veya depozitonun iadesini kanıtlamak üzere düzenlenmemiştir; ilgili konuları ayrıca yazılı kaydedin.</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Anahtar Teslim Tutanağı</dc:title>
  <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