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ARAÇ ONARIM ÜCRETİNE İLİŞKİN AÇIKLAMA TALEBİ</w:t>
      </w:r>
    </w:p>
    <w:p>
      <w:r>
        <w:t>Düzenleme tarihi: [GG.AA.YYYY]     Yer: [İl/ilçe]</w:t>
      </w:r>
    </w:p>
    <w:p>
      <w:r>
        <w:t>[Servis] [iş emri no] kapsamındaki [plaka] aracım için [tarih/tutar] fatura/teklifindeki [belirli işçilik, parça veya ek iş] kalemine itiraz ediyorum.</w:t>
      </w:r>
    </w:p>
    <w:p>
      <w:r>
        <w:t>İlk teklif, onaylanan ek işler, parça no ve birim fiyat, işçilik süresi, vergi ve varsa sigorta ödemesi ile fiilî iş kayıtlarının karşılaştırmalı dökümünü istiyorum.</w:t>
      </w:r>
    </w:p>
    <w:p>
      <w:r>
        <w:t>İtiraz gerekçem [onaysız ek iş/teklif-fatura farkı/aynı kalemin tekrarı]; kesin kusur veya piyasa bedeli iddiasını belgesiz kurmuyorum. Yazılı yanıt ve varsa düzeltme faturası rica ederim.</w:t>
      </w:r>
    </w:p>
    <w:p>
      <w:r>
        <w:t>Araç sahibi [ad, tarih, imza] | Ek: iş emri, teklif ve fatura</w:t>
      </w:r>
    </w:p>
    <w:p>
      <w:r>
        <w:rPr>
          <w:b/>
        </w:rPr>
        <w:t>KULLANMADAN ÖNCE</w:t>
      </w:r>
    </w:p>
    <w:p>
      <w:r>
        <w:t>Ön onay ve değişen parçaları karşılaştırın; sigorta dosyası ve ödeme süresini ayrıca izleyin.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