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VETERİNER HİZMETİ FATURA İNCELEMESİ</w:t>
      </w:r>
    </w:p>
    <w:p>
      <w:r>
        <w:t>Düzenleme tarihi: [GG.AA.YYYY]     Yer: [İl/ilçe]</w:t>
      </w:r>
    </w:p>
    <w:p>
      <w:r>
        <w:t>[Klinik, işlem tarihi ve fatura no] için [muayene/ilaç/tahlil vb. kalem] bedelinde [somut fark] görüyorum. Ödeme dekontu ve önceki fiyat/teklif kaydı ektedir.</w:t>
      </w:r>
    </w:p>
    <w:p>
      <w:r>
        <w:t>Uygulanan hizmetin adı, tarih, miktar, birim fiyat ve toplamın kalemli açıklanmasını; maddi hata varsa düzeltilmiş belge ve iadenin bildirilmesini istiyorum.</w:t>
      </w:r>
    </w:p>
    <w:p>
      <w:r>
        <w:t>Bu yazı tıbbi uygulamanın hatalı olduğunu peşinen iddia etmez. Tedavi uygunluğu ile ücret hesabı ayrı incelenir; hayvanın acil bakımı geciktirilmez.</w:t>
      </w:r>
    </w:p>
    <w:p>
      <w:r>
        <w:t>Hayvan sahibi/ödeyen [imza]</w:t>
      </w:r>
    </w:p>
    <w:p>
      <w:r>
        <w:rPr>
          <w:b/>
        </w:rPr>
        <w:t>KULLANMADAN ÖNCE</w:t>
      </w:r>
    </w:p>
    <w:p>
      <w:r>
        <w:t>Fatura ve hizmet kaydını kalem kalem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