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ÖZEL OKUL ÜCRET İADESİ TALEBİ</w:t>
      </w:r>
    </w:p>
    <w:p>
      <w:r>
        <w:t>Düzenleme tarihi: [GG.AA.YYYY]     Yer: [İl/ilçe]</w:t>
      </w:r>
    </w:p>
    <w:p>
      <w:r>
        <w:t>[Okul, öğrenci/sınıf] için [sözleşme tarihi] tarihli kayıt kapsamında [öğrenim yılı] bedelinden [ödeme tarihi/tutar] ödedim. Ayrılma/nakil tarihi ve dayanağı [somut bilgi].</w:t>
      </w:r>
    </w:p>
    <w:p>
      <w:r>
        <w:t>Öğrenim ücreti, yemek, servis, kitap ve diğer kalemlerin ayrı ayrı sözleşme ve yürürlükteki Özel Öğretim Kurumları Yönetmeliği m.56 uyarınca hesaplanmasını; kesinti gerekçesi ve net iadenin yazılı bildirilmesini istiyorum.</w:t>
      </w:r>
    </w:p>
    <w:p>
      <w:r>
        <w:t>Ayrılma zamanı, kurum türü ve hizmetin başlayıp başlamaması hesap sonucunu değiştirir. Sabit yüzde veya tam iade varsayılmamalıdır.</w:t>
      </w:r>
    </w:p>
    <w:p>
      <w:r>
        <w:t>Veli/ödeyen [ad, tarih, imza] | Ek: sözleşme, dekont, ayrılma belgesi</w:t>
      </w:r>
    </w:p>
    <w:p>
      <w:r>
        <w:rPr>
          <w:b/>
        </w:rPr>
        <w:t>KULLANMADAN ÖNCE</w:t>
      </w:r>
    </w:p>
    <w:p>
      <w:r>
        <w:t>Yıl başlangıcını, kalemleri ve güncel m.56 metnini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