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HASTANE FATURASI İNCELEME TALEBİ</w:t>
      </w:r>
    </w:p>
    <w:p>
      <w:r>
        <w:t>Düzenleme tarihi: [GG.AA.YYYY]     Yer: [İl/ilçe]</w:t>
      </w:r>
    </w:p>
    <w:p>
      <w:r>
        <w:t>[Sağlık kurumu] nezdindeki [işlem tarihi ve fatura no] hesabında [kalem/tutar] yönünden açıklama ve düzeltme istiyorum. Ödeme dekontu ile hizmet belgesi ektedir.</w:t>
      </w:r>
    </w:p>
    <w:p>
      <w:r>
        <w:t>Hizmetin adı, tarih, birim fiyat, tahsil edilen bedel, SGK/özel sigorta katkısı ve varsa ilave ücretin yazılı dökümünü; yanlış kayıt varsa düzeltilmiş faturayı talep ederim.</w:t>
      </w:r>
    </w:p>
    <w:p>
      <w:r>
        <w:t>Bu başvuru tıbbi rapora veya tedaviye itiraz değildir. Acil hizmet, kamu/özel kurum ve ödeme kapsamı ayrı kurallara tabi olabileceğinden otomatik iade sonucu çıkarılmamalıdır.</w:t>
      </w:r>
    </w:p>
    <w:p>
      <w:r>
        <w:t>Hasta/ödeyen [ad, tarih, imza] | Ek: fatura ve dekont</w:t>
      </w:r>
    </w:p>
    <w:p>
      <w:r>
        <w:rPr>
          <w:b/>
        </w:rPr>
        <w:t>KULLANMADAN ÖNCE</w:t>
      </w:r>
    </w:p>
    <w:p>
      <w:r>
        <w:t>Sağlık verisini yalnız güvenli resmî kanala verin; kalemli faturayı saklayın.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