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HASTA DOSYASI VE KAYIT ÖRNEĞİ TALEBİ</w:t>
      </w:r>
    </w:p>
    <w:p>
      <w:r>
        <w:t>Düzenleme tarihi: [GG.AA.YYYY]     Yer: [İl/ilçe]</w:t>
      </w:r>
    </w:p>
    <w:p>
      <w:r>
        <w:t>[Sağlık kurumu] nezdindeki [tarih aralığı/birim] tedavi kayıtlarımın, özellikle [epikriz/tahlil/görüntüleme/ameliyat notu] örneğini güvenli kurum usulüyle almak istiyorum.</w:t>
      </w:r>
    </w:p>
    <w:p>
      <w:r>
        <w:t>Başvurucu sıfatım [hasta/kanuni temsilci/yetkili vekil] ve yetki kanıtı [kurumun istediği belge]. Erişim biçimi, hazırlanma süresi ve varsa mevzuata uygun ücretin bildirilmesini rica ederim.</w:t>
      </w:r>
    </w:p>
    <w:p>
      <w:r>
        <w:t>Üçüncü kişilerin verisi ve özel koruma gerektiren kayıtlar kurumca değerlendirilir. Sırf yakınlık ilişkisi başkasının tüm tıbbi dosyasına otomatik erişim hakkı vermez.</w:t>
      </w:r>
    </w:p>
    <w:p>
      <w:r>
        <w:t>Hasta veya yetkili temsilci [ad, tarih, imza]</w:t>
      </w:r>
    </w:p>
    <w:p>
      <w:r>
        <w:rPr>
          <w:b/>
        </w:rPr>
        <w:t>KULLANMADAN ÖNCE</w:t>
      </w:r>
    </w:p>
    <w:p>
      <w:r>
        <w:t>Kimlik ve yetki doğrulamasını kurumun hasta hakları/tıbbi arşiv kanalında yapın.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