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HİZMET FATURASI ÖDEME HATIRLATMASI</w:t>
      </w:r>
    </w:p>
    <w:p>
      <w:r>
        <w:t>Düzenleme tarihi: [GG.AA.YYYY]     Yer: [İl/ilçe]</w:t>
      </w:r>
    </w:p>
    <w:p>
      <w:r>
        <w:t>[Müşteri] ile [sözleşme/iş emri] kapsamındaki [hizmet dönemi ve çıktı] için [fatura no/tarih/tutar] düzenlenmiş; kararlaştırılan vade [tarih] olarak kayıtlıdır.</w:t>
      </w:r>
    </w:p>
    <w:p>
      <w:r>
        <w:t>Ödeme kaydıma göre [tarih] itibarıyla [ödenen tutar] ödenmiş, [bakiye] görünmektedir. Ödeme yapıldıysa dekont ve mutabakat; yapılmadıysa planlanan ödeme tarihinin yazılı bildirilmesini rica ederim.</w:t>
      </w:r>
    </w:p>
    <w:p>
      <w:r>
        <w:t>Bu hatırlatma tek başına temerrüt, faiz başlangıcı veya icra takibi için tüm kanuni/sözleşmesel koşulları karşıladığı iddiası değildir. İtirazlı iş/bedel ayrı değerlendirilir.</w:t>
      </w:r>
    </w:p>
    <w:p>
      <w:r>
        <w:t>Hizmet veren [ad/unvan, tarih, imza]</w:t>
      </w:r>
    </w:p>
    <w:p>
      <w:r>
        <w:rPr>
          <w:b/>
        </w:rPr>
        <w:t>KULLANMADAN ÖNCE</w:t>
      </w:r>
    </w:p>
    <w:p>
      <w:r>
        <w:t>Fatura, kabul kaydı, vade ve ödeme dekontunu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