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VİDEO PRODÜKSİYON HİZMET SÖZLEŞMESİ</w:t>
      </w:r>
    </w:p>
    <w:p>
      <w:r>
        <w:t>Düzenleme tarihi: [GG.AA.YYYY]     Yer: [İl/ilçe]</w:t>
      </w:r>
    </w:p>
    <w:p>
      <w:r>
        <w:t>1. Taraflar [müşteri ve yapımcı ad/unvan]; proje [kısa tanım], çekim günleri/yerleri [liste], senaryo ve teslim kapsamı [onaylı ek].</w:t>
      </w:r>
    </w:p>
    <w:p>
      <w:r>
        <w:t>2. Teslimler [süre, en-boy oranı, çözünürlük, format, alt yazı ve kaynak dosya dahil/dahil değil]; teslim tarihi ve iki aşamalı onay/revizyon yöntemi [süre/adet] olarak kararlaştırılmıştır.</w:t>
      </w:r>
    </w:p>
    <w:p>
      <w:r>
        <w:t>3. Bedel [tutar/vergi], avans ve kilometre/ekipman/oyuncu/müzik gibi üçüncü kişi giderleri [kalem]; iptal/ertelemede gerçekleşmiş iş ve doğrulanmış gider hesabı [yöntem].</w:t>
      </w:r>
    </w:p>
    <w:p>
      <w:r>
        <w:t>4. Görüntü, müzik, oyuncu icrası, mekân ve marka izinlerini kimin sağlayacağı [sorumlu/teslim tarihi] ayrı listededir. Müşteriye tanınan kullanım mecrası, süre, ülke ve mali hak kapsamı [açık yazım]; aksi halde sınırsız devir varsayılmaz.</w:t>
      </w:r>
    </w:p>
    <w:p>
      <w:r>
        <w:t>5. Kişi görüntüleri ve kişisel veriler için uygun hukuki dayanak ayrıca kurulur; bu sözleşme üçüncü kişiler adına otomatik açık rıza vermez.</w:t>
      </w:r>
    </w:p>
    <w:p>
      <w:r>
        <w:t>Yapımcı [imza] | Müşteri [imza]</w:t>
      </w:r>
    </w:p>
    <w:p>
      <w:r>
        <w:rPr>
          <w:b/>
        </w:rPr>
        <w:t>KULLANMADAN ÖNCE</w:t>
      </w:r>
    </w:p>
    <w:p>
      <w:r>
        <w:t>Telif, müzik lisansı, görüntü izinleri ve tüketici/mesafeli satış koşullarını projeye göre ayrıca doğrulayın.</w:t>
      </w:r>
    </w:p>
    <w:p>
      <w:r>
        <w:t>Bu belge düzenlenebilir genel örnektir. Köşeli alanları kendi durumunuza göre doldurun veya çıkarın; ilgili kurumun güncel usulünü kontrol edin. Bu açıklama gönderilecek/imzalanacak nüshadan çıkarılabilir.</w:t>
      </w:r>
    </w:p>
    <w:sectPr w:rsidR="00FC693F" w:rsidRPr="0006063C" w:rsidSect="00034616">
      <w:footerReference w:type="default" r:id="rId9"/>
      <w:pgSz w:w="12240" w:h="15840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sozlesmeindir.com  •  Word örneği  •  29.09.2026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