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YAZILIM LİSANSI SONA ERDİRME BİLDİRİMİ</w:t>
      </w:r>
    </w:p>
    <w:p>
      <w:r>
        <w:t>Düzenleme tarihi: [GG.AA.YYYY]     Yer: [İl/ilçe]</w:t>
      </w:r>
    </w:p>
    <w:p>
      <w:r>
        <w:t>[Sağlayıcı] ile [sözleşme/hesap no] kapsamındaki [ürün, lisans türü, dönem] için [fesih dayanağı ve talep edilen tarih] uyarınca sona erdirme talebimi bildiriyorum.</w:t>
      </w:r>
    </w:p>
    <w:p>
      <w:r>
        <w:t>Otomatik yenileme, son fatura, kullanılmayan dönem bedeli ve veri dışa aktarım/silme seçeneklerinin sözleşme ve uygulanabilir mevzuata göre kalemli yazılı açıklanmasını istiyorum.</w:t>
      </w:r>
    </w:p>
    <w:p>
      <w:r>
        <w:t>Bu yazı sözleşmedeki şekil/süre koşullarını otomatik karşılamaz. Kurumsal lisans, tüketici aboneliği ve süreli lisansın hükümleri farklı olabilir; hizmeti kesmeden verileri güvenle yedekleyin.</w:t>
      </w:r>
    </w:p>
    <w:p>
      <w:r>
        <w:t>Lisans sahibi/yetkili [ad, tarih, imza]</w:t>
      </w:r>
    </w:p>
    <w:p>
      <w:r>
        <w:rPr>
          <w:b/>
        </w:rPr>
        <w:t>KULLANMADAN ÖNCE</w:t>
      </w:r>
    </w:p>
    <w:p>
      <w:r>
        <w:t>Sözleşme, otomatik yenileme ve veri yedekleme şartlarını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