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DİJİTAL ABONELİK ÜCRETİ İNCELEME TALEBİ</w:t>
      </w:r>
    </w:p>
    <w:p>
      <w:r>
        <w:t>Düzenleme tarihi: [GG.AA.YYYY]     Yer: [İl/ilçe]</w:t>
      </w:r>
    </w:p>
    <w:p>
      <w:r>
        <w:t>[Sağlayıcı/platform] [abonelik no] kapsamında [tarih/tutar] ücretine [onaysız yenileme/yanlış tarife/mükerrer tahsilat/hizmet verilmemesi] nedeniyle itiraz ediyorum.</w:t>
      </w:r>
    </w:p>
    <w:p>
      <w:r>
        <w:t>Kayıt/onay ve ön bilgilendirme, fiyat değişikliği bildirimi, hizmet erişim ve tahsilat kayıtlarının incelenmesini; hatalı bedel varsa iade ve aboneliğin güncel durumunun yazılı bildirilmesini istiyorum.</w:t>
      </w:r>
    </w:p>
    <w:p>
      <w:r>
        <w:t>Kart işlemim yetkisiz ise bankaya ayrıca harcama itirazı ve kart güvenliği bildirimi yapacağım. Bu yazı tek başına borcu, bankadaki tahsilat yetkisini veya aboneliği otomatik durdurmaz.</w:t>
      </w:r>
    </w:p>
    <w:p>
      <w:r>
        <w:t>Abone [ad, tarih, imza] | Ek: sözleşme, ekstre, ekran görüntüsü</w:t>
      </w:r>
    </w:p>
    <w:p>
      <w:r>
        <w:rPr>
          <w:b/>
        </w:rPr>
        <w:t>KULLANMADAN ÖNCE</w:t>
      </w:r>
    </w:p>
    <w:p>
      <w:r>
        <w:t>Sağlayıcı ve uygulama mağazası tahsilatını ayırın; bankaya yetkisiz işlem şüphesini geciktirmeyin.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