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DİJİTAL HİZMET OTOMATİK YENİLEME İPTALİ</w:t>
      </w:r>
    </w:p>
    <w:p>
      <w:r>
        <w:t>Düzenleme tarihi: [GG.AA.YYYY]     Yer: [İl/ilçe]</w:t>
      </w:r>
    </w:p>
    <w:p>
      <w:r>
        <w:t>[Sağlayıcı/platform] üzerindeki [abonelik/hizmet adı ve üyelik no] için bir sonraki otomatik yenilemenin durdurulmasını ve varsa aboneliğin [dönem sonu/derhal] sona erme seçeneğinin açıklanmasını istiyorum.</w:t>
      </w:r>
    </w:p>
    <w:p>
      <w:r>
        <w:t>Son ödeme [tarih/tutar], bir sonraki planlanan tahsilat [tarih/tutar], satın alma kanalı [sağlayıcı/uygulama mağazası]. İptal teyidi, kalan erişim süresi, varsa iade hesabı ve bağlı otomatik ödeme yönteminin durumunun yazılı bildirilmesini rica ederim.</w:t>
      </w:r>
    </w:p>
    <w:p>
      <w:r>
        <w:t>Sağlayıcı hesabındaki iptal, uygulama mağazası aboneliği veya banka talimatını kendiliğinden kapatmayabilir; ayrı kanalları kontrol edeceğim.</w:t>
      </w:r>
    </w:p>
    <w:p>
      <w:r>
        <w:t>Abone [ad, tarih, imza] | İptal kayıt no [no]</w:t>
      </w:r>
    </w:p>
    <w:p>
      <w:r>
        <w:rPr>
          <w:b/>
        </w:rPr>
        <w:t>KULLANMADAN ÖNCE</w:t>
      </w:r>
    </w:p>
    <w:p>
      <w:r>
        <w:t>Yenileme tarihi gelmeden resmî abonelik yönetim ekranı ve ödeme aracını ayrı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