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YANLIŞ KİŞİSEL BİLGİNİN DÜZELTİLMESİ BAŞVURUSU</w:t>
      </w:r>
    </w:p>
    <w:p>
      <w:r>
        <w:t>Düzenleme tarihi: [GG.AA.YYYY]     Yer: [İl/ilçe]</w:t>
      </w:r>
    </w:p>
    <w:p>
      <w:r>
        <w:t>[Site/kurum] üzerindeki [tam bağlantı veya kayıt no] içeriğinde hakkımda [yanlış alanı asgari düzeyde belirtin] yayımlanmıştır. Doğru bilgi veya yanlışlığın kanıtı [güvenli ek].</w:t>
      </w:r>
    </w:p>
    <w:p>
      <w:r>
        <w:t>Veri sorumlusundan yanlış verinin düzeltilmesini, yayın ve arama görünümünün güncellenmesini, aktarılmış alıcılar varsa düzeltmenin onlara bildirilmesini ve sonucu yazılı açıklamasını istiyorum.</w:t>
      </w:r>
    </w:p>
    <w:p>
      <w:r>
        <w:t>Üçüncü kişilerce bağımsız çoğaltılmış içeriğin tamamının otomatik silineceğini varsaymıyorum. Başvuruyu KVKK usulüne uygun doğrulanmış kanaldan ileteceğim; gereksiz kimlik verisi göndermeyeceğim.</w:t>
      </w:r>
    </w:p>
    <w:p>
      <w:r>
        <w:t>İlgili kişi [ad, tarih, imza] | Teslim kanıtı [kanal/no]</w:t>
      </w:r>
    </w:p>
    <w:p>
      <w:r>
        <w:rPr>
          <w:b/>
        </w:rPr>
        <w:t>KULLANMADAN ÖNCE</w:t>
      </w:r>
    </w:p>
    <w:p>
      <w:r>
        <w:t>Önce sayfa görüntüsü ve URL’yi kaydedin; ilgili veri sorumlusunu doğru belirleyin.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