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SOSYAL MEDYA HESABI ERİŞİM KURTARMA TALEBİ</w:t>
      </w:r>
    </w:p>
    <w:p>
      <w:r>
        <w:t>Düzenleme tarihi: [GG.AA.YYYY]     Yer: [İl/ilçe]</w:t>
      </w:r>
    </w:p>
    <w:p>
      <w:r>
        <w:t>[Platform] üzerindeki [kullanıcı adı/profil URL] hesabıma [tarih] tarihinden beri [şifre kaybı/ele geçirilme/iki aşamalı doğrulama sorunu] nedeniyle erişemiyorum.</w:t>
      </w:r>
    </w:p>
    <w:p>
      <w:r>
        <w:t>Platformun resmî yardım ve hesap kurtarma kanalı üzerinden hesabın güvenliğinin incelenmesini, uygun kimlik doğrulama adımlarının bildirilmesini ve yetkisiz oturumların sonlandırılmasını talep ederim.</w:t>
      </w:r>
    </w:p>
    <w:p>
      <w:r>
        <w:t>Hesapta şüpheli işlem [somut olay ve ekran görüntüsü] varsa ayrı eklerim. Parola, kurtarma kodu, tam kimlik görüntüsü veya ödeme bilgisi bu açık metne yazılmaz.</w:t>
      </w:r>
    </w:p>
    <w:p>
      <w:r>
        <w:t>Bu metin platformun resmî formunu, kimlik doğrulamasını veya adli başvuruyu kendiliğinden yerine getirmez.</w:t>
      </w:r>
    </w:p>
    <w:p>
      <w:r>
        <w:t>Hesap sahibi [ad, tarih] | Başvuru kayıt no [numara]</w:t>
      </w:r>
    </w:p>
    <w:p>
      <w:r>
        <w:rPr>
          <w:b/>
        </w:rPr>
        <w:t>KULLANMADAN ÖNCE</w:t>
      </w:r>
    </w:p>
    <w:p>
      <w:r>
        <w:t>Yalnız platformun doğrulanmış yardım kanalını kullanın; bağlı e-posta ve telefon güvenliğini hemen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