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VERİ SORUMLUSUNA İŞLEME BİLGİSİ TALEBİ</w:t>
      </w:r>
    </w:p>
    <w:p>
      <w:r>
        <w:t>Düzenleme tarihi: [GG.AA.YYYY]     Yer: [İl/ilçe]</w:t>
      </w:r>
    </w:p>
    <w:p>
      <w:r>
        <w:t>[Hizmet/hesap] ilişkim kapsamında kişisel verilerimin işlenip işlenmediğini; işleniyorsa hangi verilerimin işlendiğini ve işleme amaçlarını öğrenmek istiyorum.</w:t>
      </w:r>
    </w:p>
    <w:p>
      <w:r>
        <w:t>Verilerimin yurt içi veya yurt dışında aktarıldığı üçüncü kişi kategorilerini ve aktarım amaçlarını; varsa yanlış kayda ilişkin düzeltme yolunu bildirmenizi talep ederim.</w:t>
      </w:r>
    </w:p>
    <w:p>
      <w:r>
        <w:t>Yanıtın [güvenli iletişim adresi] üzerinden verilmesini rica ederim. Kimliğimi veri sorumlusunun mevzuata uygun yöntemiyle doğrulamaya hazırım.</w:t>
      </w:r>
    </w:p>
    <w:p>
      <w:r>
        <w:t>İlgili kişi [ad, tarih, imza] | Ekler: gerekli kimlik doğrulama</w:t>
      </w:r>
    </w:p>
    <w:p>
      <w:r>
        <w:rPr>
          <w:b/>
        </w:rPr>
        <w:t>KULLANMADAN ÖNCE</w:t>
      </w:r>
    </w:p>
    <w:p>
      <w:r>
        <w:t>Önce gerçek veri sorumlusuna tebliğde kabul edilen yöntemle başvurun; gelişigüzel e-posta her durumda geçerli değildir.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