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TAPU KAYIT ÖRNEĞİ TALEBİ</w:t>
      </w:r>
    </w:p>
    <w:p>
      <w:r>
        <w:t>Düzenleme tarihi: [GG.AA.YYYY]     Yer: [İl/ilçe]</w:t>
      </w:r>
    </w:p>
    <w:p>
      <w:r>
        <w:t>[Tapu müdürlüğü] nezdinde [taşınmaz il/ilçe/mahalle/ada/parsel] kaydının [malik/mirasçı/vekâlet ilişkisi] sıfatımla, [başvuru amacı] için erişilebilir örneğini talep ediyorum.</w:t>
      </w:r>
    </w:p>
    <w:p>
      <w:r>
        <w:t>İlgimi gösteren [tapu/kimlik/veraset/vekâlet] belgesi ektedir. Web Tapu veya müdürlük başvuru yolu, ücret ve belge türünün bildirilmesini istiyorum.</w:t>
      </w:r>
    </w:p>
    <w:p>
      <w:r>
        <w:t>Yetkisi olmayan üçüncü kişi kaydına erişim bu dilekçeyle sağlanmaz. Tam kimlik ve taşınmaz verisi yalnız TKGM güvenli kanalında paylaşılır.</w:t>
      </w:r>
    </w:p>
    <w:p>
      <w:r>
        <w:t>Başvuran [ad, tarih, imza] | Ek: ilgiyi kanıtlayan belge</w:t>
      </w:r>
    </w:p>
    <w:p>
      <w:r>
        <w:rPr>
          <w:b/>
        </w:rPr>
        <w:t>KULLANMADAN ÖNCE</w:t>
      </w:r>
    </w:p>
    <w:p>
      <w:r>
        <w:t>Önce Web Tapu ve TKGM resmî kayıt örneği formunu inceleyin.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