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ÖNCEKİ CİMER BAŞVURUSUNA İLİŞKİN EK BİLGİ METNİ</w:t>
      </w:r>
    </w:p>
    <w:p>
      <w:r>
        <w:t>Düzenleme tarihi: [GG.AA.YYYY]     Yer: [İl/ilçe]</w:t>
      </w:r>
    </w:p>
    <w:p>
      <w:r>
        <w:t>[Başvuru tarihi] tarihli, [başvuru numarası] sayılı CİMER başvurumla ilgili yeni bilgi/belge aşağıdadır: [belgenin adı, tarihi, düzenleyen kurum ve önceki iddiayla bağlantısı].</w:t>
      </w:r>
    </w:p>
    <w:p>
      <w:r>
        <w:t>Bu bilgi ve belgenin mevcut incelemeyle ilişkilendirilmesini ve değerlendirmeye alınıp alınmadığının bildirilmesini rica ederim. Kişisel verileri yalnızca gerekli ölçüde paylaşırım.</w:t>
      </w:r>
    </w:p>
    <w:p>
      <w:r>
        <w:t>Gönderim öncesinde CİMER portalında mevcut başvuruya ek açıklama veya dosya ekleme imkânı olup olmadığını kontrol ederim; yoksa resmî yönergeye uygun yeni başvuru veya ilgili kurumun gösterdiği kanalı kullanırım. Word metni otomatik başvuru değildir.</w:t>
      </w:r>
    </w:p>
    <w:p>
      <w:r>
        <w:t>Başvuran [ad, tarih] | Ekler: [portalın kabul ettiği biçimde liste]</w:t>
      </w:r>
    </w:p>
    <w:p>
      <w:r>
        <w:rPr>
          <w:b/>
        </w:rPr>
        <w:t>KULLANMADAN ÖNCE</w:t>
      </w:r>
    </w:p>
    <w:p>
      <w:r>
        <w:t>CİMER resmî portalında izin verilen ek dosya türleri ve mevcut başvuruya ilişkin işlem seçeneği ayrıca doğrulanır.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