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60"/>
      </w:pPr>
      <w:r>
        <w:rPr>
          <w:b/>
          <w:sz w:val="32"/>
        </w:rPr>
        <w:t>CİMER BAŞVURUSU İÇİN METİN</w:t>
      </w:r>
    </w:p>
    <w:p>
      <w:r>
        <w:t>Tarih: [GG.AA.YYYY]     Başvuran: [Ad Soyad]     İletişim: [E-posta/adres]</w:t>
      </w:r>
    </w:p>
    <w:p>
      <w:r>
        <w:t>Konu: CİMER başvuru metni</w:t>
      </w:r>
    </w:p>
    <w:p>
      <w:r>
        <w:t>Başvuru türü [istek/şikâyet/bilgi edinme/görüş]. İlgili kurum [kurum]. Olayın gerçekleştiği yer ve tarih [yer, tarih].</w:t>
      </w:r>
    </w:p>
    <w:p>
      <w:r>
        <w:t>Somut olgular: [olayı kısa kronolojik cümlelerle, doğrulanabilir belge ve başvuru numaralarıyla anlatın]. Daha önce ilgili kuruma başvurulduysa [tarih, kanal ve sonuç].</w:t>
      </w:r>
    </w:p>
    <w:p>
      <w:r>
        <w:t>Talep: [kurumdan beklenen inceleme, düzeltme veya açıklamayı tek cümleyle yazın]. Kişisel veri, hakaret, isnat veya ilgisiz ek kullanmadan resmî CİMER formuna aktarın.</w:t>
      </w:r>
    </w:p>
    <w:p>
      <w:r>
        <w:t>Ekler: İlgili kurum yazışmaları, tarihli kanıt ve başvuru numaraları</w:t>
      </w:r>
    </w:p>
    <w:p>
      <w:r>
        <w:t>Ad Soyad: [Ad Soyad]     İmza: [İmza]</w:t>
      </w:r>
    </w:p>
    <w:p>
      <w:pPr>
        <w:pStyle w:val="Heading1"/>
      </w:pPr>
      <w:r>
        <w:t>KULLANMADAN ÖNCE KONTROL</w:t>
      </w:r>
    </w:p>
    <w:p>
      <w:r>
        <w:t>CİMER resmî başvuru portalı ve 50 Soruda CİMER rehberi. Bu Word metni portal başvurusunun yerine geçmez.</w:t>
      </w:r>
    </w:p>
    <w:p>
      <w:r>
        <w:t>Bu düzenlenebilir örnek genel kullanım içindir. Somut olayın belgeleri, güncel mevzuat ve gerekiyorsa uzman görüşüyle uyarlayın. Köşeli parantezli alanları tamamlayın veya silin.</w:t>
      </w:r>
    </w:p>
    <w:sectPr w:rsidR="00FC693F" w:rsidRPr="0006063C" w:rsidSect="00034616">
      <w:footerReference w:type="default" r:id="rId9"/>
      <w:pgSz w:w="12240" w:h="15840"/>
      <w:pgMar w:top="1191" w:right="1304" w:bottom="1191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Düzenlenebilir örnek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