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YURT GÜVENCE BEDELİ İADE TALEBİ</w:t>
      </w:r>
    </w:p>
    <w:p>
      <w:r>
        <w:t>Düzenleme tarihi: [GG.AA.YYYY]     Yer: [İl/ilçe]</w:t>
      </w:r>
    </w:p>
    <w:p>
      <w:r>
        <w:t>[Yurt/ad, öğrenci no son haneler] kaydım [kayıt silme/ayrılış tarihi] tarihinde sona erdi. Güvence bedeli [ödeme tarihi/tutar] idi; oda ve demirbaş teslimim [tarih/kanıt].</w:t>
      </w:r>
    </w:p>
    <w:p>
      <w:r>
        <w:t>Varsa borç veya hasar kesintisinin belgesi ve hesabı ile kalan bedelin iade tarih/kanalının yazılı bildirilmesini istiyorum.</w:t>
      </w:r>
    </w:p>
    <w:p>
      <w:r>
        <w:t>Kurum türü ve yurt sözleşmesi sonucu etkiler; bu metin tüm kesintilerin haksız olduğunu peşinen ileri sürmez.</w:t>
      </w:r>
    </w:p>
    <w:p>
      <w:r>
        <w:t>Öğrenci [ad, tarih, imza] | Ek: ödeme/teslim kaydı</w:t>
      </w:r>
    </w:p>
    <w:p>
      <w:r>
        <w:rPr>
          <w:b/>
        </w:rPr>
        <w:t>KULLANMADAN ÖNCE</w:t>
      </w:r>
    </w:p>
    <w:p>
      <w:r>
        <w:t>Kayıt silme ve oda teslim alındısını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