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YURT ODA DEĞİŞİKLİĞİ TALEBİ</w:t>
      </w:r>
    </w:p>
    <w:p>
      <w:r>
        <w:t>Düzenleme tarihi: [GG.AA.YYYY]     Yer: [İl/ilçe]</w:t>
      </w:r>
    </w:p>
    <w:p>
      <w:r>
        <w:t>[Yurt/blok/oda no] öğrencisiyim. [Somut neden: erişim, uyum, sağlık gereksinimi vb.] nedeniyle [tercih edilen düzen] için oda değişikliğinin değerlendirilmesini istiyorum.</w:t>
      </w:r>
    </w:p>
    <w:p>
      <w:r>
        <w:t>Uygun yer, sıra ve gerekli belge usulünün yazılı bildirilmesini rica ederim. Hassas sağlık bilgisi yalnız yurdun güvenli kanalına ve zorunlu olduğu ölçüde sunulur.</w:t>
      </w:r>
    </w:p>
    <w:p>
      <w:r>
        <w:t>Bu dilekçe belirli oda veya öncelik hakkı doğurmaz; yurt yönetmeliği, kontenjan ve kurum değerlendirmesi uygulanır.</w:t>
      </w:r>
    </w:p>
    <w:p>
      <w:r>
        <w:t>Öğrenci [ad, tarih, imza]</w:t>
      </w:r>
    </w:p>
    <w:p>
      <w:r>
        <w:rPr>
          <w:b/>
        </w:rPr>
        <w:t>KULLANMADAN ÖNCE</w:t>
      </w:r>
    </w:p>
    <w:p>
      <w:r>
        <w:t>Somut ihtiyacı yazın; yurdun resmî başvuru yolunu izleyin.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