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BURS KESİNTİSİ İNCELEME TALEBİ</w:t>
      </w:r>
    </w:p>
    <w:p>
      <w:r>
        <w:t>Düzenleme tarihi: [GG.AA.YYYY]     Yer: [İl/ilçe]</w:t>
      </w:r>
    </w:p>
    <w:p>
      <w:r>
        <w:t>[Burs kurumu/program, öğrenci no son haneler] kapsamında [ay/yıl] ödemesinin kesildiğini öğrendim. Bildirilen gerekçe [varsa metin], öğrenci durumum [okul/bölüm/sınıf].</w:t>
      </w:r>
    </w:p>
    <w:p>
      <w:r>
        <w:t>Kesinti kararının tarih ve dayanağını, YÖKSİS/okul kaydındaki bilgiyle karşılaştırılmasını ve maddi hata varsa düzeltilmesini; sonuç ile varsa iç başvuru yolunun yazılı bildirilmesini istiyorum.</w:t>
      </w:r>
    </w:p>
    <w:p>
      <w:r>
        <w:t>Her burs programının koşulu ayrıdır. Öğrenci bilgi hatası için önce okul öğrenci işleri düzeltmesi gerekebilir; bu dilekçe otomatik geri ödeme hakkı doğurmaz.</w:t>
      </w:r>
    </w:p>
    <w:p>
      <w:r>
        <w:t>Öğrenci [ad, tarih, imza] | Ek: öğrenci belgesi/karar</w:t>
      </w:r>
    </w:p>
    <w:p>
      <w:r>
        <w:rPr>
          <w:b/>
        </w:rPr>
        <w:t>KULLANMADAN ÖNCE</w:t>
      </w:r>
    </w:p>
    <w:p>
      <w:r>
        <w:t>Kurum kuralını ve YÖKSİS kaydını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