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BURS BAŞVURUSU NİYET YAZISI</w:t>
      </w:r>
    </w:p>
    <w:p>
      <w:r>
        <w:t>Düzenleme tarihi: [GG.AA.YYYY]     Yer: [İl/ilçe]</w:t>
      </w:r>
    </w:p>
    <w:p>
      <w:r>
        <w:t>[Burs kurumu] programına [okul/bölüm/sınıf] öğrencisi olarak başvuruyorum. Eğitim hedefim [somut hedef] ve bu hedef için bugüne kadar yaptıklarım [2-3 doğrulanabilir örnek].</w:t>
      </w:r>
    </w:p>
    <w:p>
      <w:r>
        <w:t>Burs desteğinin [öğrenim, barınma, materyal] yönünden eğitimime katkısını [somut ihtiyaç] ile açıklıyorum. Başvuru koşullarında istenen belgeler [liste] ektedir.</w:t>
      </w:r>
    </w:p>
    <w:p>
      <w:r>
        <w:t>Gelir, başarı, engellilik veya aile durumuna ilişkin bilgiler gerçeğe uygun ve yalnız gerekli ölçüde sunulur. Bu örnek burs kabulü veya hak kazanımı taahhüdü değildir.</w:t>
      </w:r>
    </w:p>
    <w:p>
      <w:r>
        <w:t>Öğrenci [ad, tarih, imza]</w:t>
      </w:r>
    </w:p>
    <w:p>
      <w:r>
        <w:rPr>
          <w:b/>
        </w:rPr>
        <w:t>KULLANMADAN ÖNCE</w:t>
      </w:r>
    </w:p>
    <w:p>
      <w:r>
        <w:t>Burs kurumunun kelime sınırı ve belge koşullarını izleyin.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