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STAJ YERİ KABUL BİLDİRİMİ</w:t>
      </w:r>
    </w:p>
    <w:p>
      <w:r>
        <w:t>Düzenleme tarihi: [GG.AA.YYYY]     Yer: [İl/ilçe]</w:t>
      </w:r>
    </w:p>
    <w:p>
      <w:r>
        <w:t>İşletme [unvan/adres], öğrenci [ad, okul/bölüm/öğrenci no], önerilen staj dönemi [başlangıç-bitiş], iş günü/saat ve birim [bilgi].</w:t>
      </w:r>
    </w:p>
    <w:p>
      <w:r>
        <w:t>İşletme yetkilisi [ad/görev], staj sorumlusu [ad/görev], çalışma konusu ve fiziksel/uzaktan yer [bilgi]. Okulun zorunlu formu, sigorta ve başlangıç onayı ayrıca takip edilir.</w:t>
      </w:r>
    </w:p>
    <w:p>
      <w:r>
        <w:t>Bu yazı tek başına okul kabulü, sigorta girişi veya iş sözleşmesi değildir. Staja fiilen başlamadan okulun belge ve süre koşulları doğrulanır.</w:t>
      </w:r>
    </w:p>
    <w:p>
      <w:r>
        <w:t>İşletme yetkilisi [kaşe/imza] | Öğrenci [teslim teyidi]</w:t>
      </w:r>
    </w:p>
    <w:p>
      <w:r>
        <w:rPr>
          <w:b/>
        </w:rPr>
        <w:t>KULLANMADAN ÖNCE</w:t>
      </w:r>
    </w:p>
    <w:p>
      <w:r>
        <w:t>Okulun resmî formunu ve sigorta başlangıcını ayrıca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