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ÖĞRENCİ KİMLİK KARTI YENİLEME TALEBİ</w:t>
      </w:r>
    </w:p>
    <w:p>
      <w:r>
        <w:t>Düzenleme tarihi: [GG.AA.YYYY]     Yer: [İl/ilçe]</w:t>
      </w:r>
    </w:p>
    <w:p>
      <w:r>
        <w:t>[Üniversite/birim] [öğrenci no son dört hane] öğrencisiyim. Kimlik kartım [kayıp/hasar/isim güncellemesi/çalışmama] nedeniyle yenileme gerektirmektedir.</w:t>
      </w:r>
    </w:p>
    <w:p>
      <w:r>
        <w:t>Eski kartın iptal edilmesi, yeni kart başvuru yöntemi, ücret ve teslim yolunun bildirilmesini istiyorum. Kayıp halinde yetkisiz kullanım riskine karşı kurumun güvenlik işlemini rica ederim.</w:t>
      </w:r>
    </w:p>
    <w:p>
      <w:r>
        <w:t>Bu yazı kurumun çevrimiçi kimlik başvurusu veya banka işlevli kart için gerekli ayrı işlemlerinin yerini tutmaz.</w:t>
      </w:r>
    </w:p>
    <w:p>
      <w:r>
        <w:t>Öğrenci [ad, tarih, imza] | Ek: kurumun istediği belge</w:t>
      </w:r>
    </w:p>
    <w:p>
      <w:r>
        <w:rPr>
          <w:b/>
        </w:rPr>
        <w:t>KULLANMADAN ÖNCE</w:t>
      </w:r>
    </w:p>
    <w:p>
      <w:r>
        <w:t>Kayıp kartı öğrenci işlerine ve varsa banka uygulamasına gecikmeden bildirin.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