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DİPLOMA/TRANSKRİPT KAYIT İNCELEME TALEBİ</w:t>
      </w:r>
    </w:p>
    <w:p>
      <w:r>
        <w:t>Düzenleme tarihi: [GG.AA.YYYY]     Yer: [İl/ilçe]</w:t>
      </w:r>
    </w:p>
    <w:p>
      <w:r>
        <w:t>[Üniversite/birim] tarafından düzenlenen [diploma/transkript, belge no ve tarih] üzerinde [alan] kaydının [mevcut değer] olarak göründüğünü, dayanak [nüfus kaydı/kurul kararı/not çizelgesi] ile uyuşmadığını fark ettim.</w:t>
      </w:r>
    </w:p>
    <w:p>
      <w:r>
        <w:t>Asıl eğitim ve kimlik kayıtlarıyla karşılaştırma yapılarak maddi hata varsa kurum usulüne göre düzeltilmesini, düzenlenecek yeni belgenin ve eski belgenin akıbetinin bildirilmesini istiyorum.</w:t>
      </w:r>
    </w:p>
    <w:p>
      <w:r>
        <w:t>Not veya mezuniyet kararının esasına yönelik itiraz, sadece yazım düzeltmesinden farklı kurul ve süre gerektirebilir; bu dilekçe otomatik not değiştirmez.</w:t>
      </w:r>
    </w:p>
    <w:p>
      <w:r>
        <w:t>Öğrenci/mezun [ad, tarih, imza] | Ek: belge ve kanıt</w:t>
      </w:r>
    </w:p>
    <w:p>
      <w:r>
        <w:rPr>
          <w:b/>
        </w:rPr>
        <w:t>KULLANMADAN ÖNCE</w:t>
      </w:r>
    </w:p>
    <w:p>
      <w:r>
        <w:t>Yanlış alanı ve doğru dayanağı sınırlı yazın; kurumun resmî düzeltme kanalını izleyin.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