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MEZUNİYET KOŞULLARI KONTROL TALEBİ</w:t>
      </w:r>
    </w:p>
    <w:p>
      <w:r>
        <w:t>Düzenleme tarihi: [GG.AA.YYYY]     Yer: [İl/ilçe]</w:t>
      </w:r>
    </w:p>
    <w:p>
      <w:r>
        <w:t>[Üniversite/fakülte/program] [öğrenci no son dört hane] öğrencisiyim. Öğrenci bilgi sisteminde [tamamlanan AKTS/dersler/staj/tez] kayıtlarıma göre mezuniyet koşullarımın incelenmesini istiyorum.</w:t>
      </w:r>
    </w:p>
    <w:p>
      <w:r>
        <w:t>Eksik veya uyuşmaz görünen kayıt [ders kodu/not, staj veya yükümlülük] ile buna ilişkin belge [ek] sunulmuştur. İlgili kurul ve öğrenci işleri sürecindeki eksik kalemlerin, gerekiyorsa düzeltme yolunun yazılı bildirilmesini rica ederim.</w:t>
      </w:r>
    </w:p>
    <w:p>
      <w:r>
        <w:t>Bu başvuru tek başına mezuniyet kararı, geçici mezuniyet belgesi veya diploma düzenlenmesi değildir; üniversitenin kurul/otomasyon usulü geçerlidir.</w:t>
      </w:r>
    </w:p>
    <w:p>
      <w:r>
        <w:t>Öğrenci [ad, tarih, imza] | Ek: transkript ve ilgili belgeler</w:t>
      </w:r>
    </w:p>
    <w:p>
      <w:r>
        <w:rPr>
          <w:b/>
        </w:rPr>
        <w:t>KULLANMADAN ÖNCE</w:t>
      </w:r>
    </w:p>
    <w:p>
      <w:r>
        <w:t>Güncel müfredat, AKTS, staj ve bütünleme sonuçlarını kendi üniversitenizden doğrulayın.</w:t>
      </w:r>
    </w:p>
    <w:p>
      <w:r>
        <w:t>Bu belge düzenlenebilir genel örnektir. Köşeli alanları kendi durumunuza göre doldurun veya çıkarın; ilgili kurumun güncel usulünü kontrol edin. Bu açıklama gönderilecek/imzalanacak nüshadan çıkarılabilir.</w:t>
      </w:r>
    </w:p>
    <w:sectPr w:rsidR="00FC693F" w:rsidRPr="0006063C" w:rsidSect="00034616">
      <w:footerReference w:type="default" r:id="rId9"/>
      <w:pgSz w:w="12240" w:h="15840"/>
      <w:pgMar w:top="1134" w:right="1276" w:bottom="1134" w:left="127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sozlesmeindir.com  •  Word örneği  •  29.09.2026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/>
    </w:pPr>
    <w:rPr>
      <w:rFonts w:ascii="Aptos" w:hAnsi="Aptos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