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DERS PROGRAMI ÇAKIŞMASI İÇİN ÇÖZÜM TALEBİ</w:t>
      </w:r>
    </w:p>
    <w:p>
      <w:r>
        <w:t>Düzenleme tarihi: [GG.AA.YYYY]     Yer: [İl/ilçe]</w:t>
      </w:r>
    </w:p>
    <w:p>
      <w:r>
        <w:t>[Üniversite/program] [öğrenci no son dört hane] öğrencisiyim. [Dönem] programında [ders A kodu/şube/saat] ile [ders B kodu/şube/saat] çakışmaktadır.</w:t>
      </w:r>
    </w:p>
    <w:p>
      <w:r>
        <w:t>Devam zorunluluğu, alternatif grup ve ön koşul durumum [somut bilgi]. [Başka şubeye geçiş/uygun ders değişimi/kurumun izin verdiği özel çözüm] seçeneğinin danışman ve bölümce değerlendirilmesini istiyorum.</w:t>
      </w:r>
    </w:p>
    <w:p>
      <w:r>
        <w:t>Üniversitenin 2026-2027 ilgili duyurusundaki süre ve form önceliklidir. Bu dilekçe çakışan iki derse otomatik devam izni veya sistem kaydı oluşturmaz.</w:t>
      </w:r>
    </w:p>
    <w:p>
      <w:r>
        <w:t>Öğrenci [ad, tarih, imza] | Ek: ders programı</w:t>
      </w:r>
    </w:p>
    <w:p>
      <w:r>
        <w:rPr>
          <w:b/>
        </w:rPr>
        <w:t>KULLANMADAN ÖNCE</w:t>
      </w:r>
    </w:p>
    <w:p>
      <w:r>
        <w:t>Devam koşulu ve son başvuru tarihini bölüm ilanından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