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DERS EKLE BIRAK TALEBİ</w:t>
      </w:r>
    </w:p>
    <w:p>
      <w:r>
        <w:t>Düzenleme tarihi: [GG.AA.YYYY]     Yer: [İl/ilçe]</w:t>
      </w:r>
    </w:p>
    <w:p>
      <w:r>
        <w:t>[Üniversite/fakülte/program] [öğrenci no son dört hane] öğrencisiyim. [Dönem] için [ders kodu/adı/şube] dersini [eklemek/bırakmak/değiştirmek] istiyorum.</w:t>
      </w:r>
    </w:p>
    <w:p>
      <w:r>
        <w:t>Gerekçe [çakışma, kontenjan, danışman onayı veya somut neden]; mevcut ve önerilen ders yükü/AKTS [sayı]. Üniversitenin güncel ekle-bırak takvimi ve otomasyon usulü kapsamında değerlendirme istiyorum.</w:t>
      </w:r>
    </w:p>
    <w:p>
      <w:r>
        <w:t>Bu dilekçe öğrenci sistemindeki işlemi otomatik tamamlamaz; danışman onayı, önkoşul, ücret ve son tarih ayrıca kontrol edilir.</w:t>
      </w:r>
    </w:p>
    <w:p>
      <w:r>
        <w:t>Öğrenci [ad, tarih, imza] | Danışman görüşü [varsa]</w:t>
      </w:r>
    </w:p>
    <w:p>
      <w:r>
        <w:rPr>
          <w:b/>
        </w:rPr>
        <w:t>KULLANMADAN ÖNCE</w:t>
      </w:r>
    </w:p>
    <w:p>
      <w:r>
        <w:t>Önce üniversitenin çevrimiçi sistemini ve ilan edilen son tarihi kontrol edin.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