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GEÇ KAYIT YENİLEME MAZERETİ DEĞERLENDİRME TALEBİ</w:t>
      </w:r>
    </w:p>
    <w:p>
      <w:r>
        <w:t>Düzenleme tarihi: [GG.AA.YYYY]     Yer: [İl/ilçe]</w:t>
      </w:r>
    </w:p>
    <w:p>
      <w:r>
        <w:t>[Üniversite/fakülte/program] [öğrenci no son dört hane] öğrencisiyim. [Dönem] kayıt yenileme/derse yazılma işlemini [tarih aralığı] içinde [somut mazeret] nedeniyle tamamlayamadım.</w:t>
      </w:r>
    </w:p>
    <w:p>
      <w:r>
        <w:t>Mazereti gösteren [belge/tarih] ektedir. Üniversitenin ilgili yönetmeliği ve akademik takvimindeki geç kayıt/mazeret usulü kapsamında talebimin kurulca değerlendirilmesini istiyorum.</w:t>
      </w:r>
    </w:p>
    <w:p>
      <w:r>
        <w:t>Dilekçe tek başına ders seçimi, öğrenim ücreti ödemesi veya kayıt yenileme yerine geçmez; eksik işlem ve son tarihler tarafıma bildirilsin.</w:t>
      </w:r>
    </w:p>
    <w:p>
      <w:r>
        <w:t>Öğrenci [ad, tarih, imza] | Ek: gerekli mazeret belgesi</w:t>
      </w:r>
    </w:p>
    <w:p>
      <w:r>
        <w:rPr>
          <w:b/>
        </w:rPr>
        <w:t>KULLANMADAN ÖNCE</w:t>
      </w:r>
    </w:p>
    <w:p>
      <w:r>
        <w:t>Kendi üniversitenizin öğrenci sistemi, takvimi ve birim kararını hemen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