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ÜNİVERSİTE KAYIT DONDURMA BAŞVURUSU</w:t>
      </w:r>
    </w:p>
    <w:p>
      <w:r>
        <w:t>Düzenleme tarihi: [GG.AA.YYYY]     Yer: [İl/ilçe]</w:t>
      </w:r>
    </w:p>
    <w:p>
      <w:r>
        <w:t>[Üniversite/fakülte/program] [öğrenci no son dört hane] öğrencisiyim. [2026-2027 güz/bahar veya ilgili dönem] için [somut mazeret] nedeniyle kayıt dondurma talep ediyorum.</w:t>
      </w:r>
    </w:p>
    <w:p>
      <w:r>
        <w:t>Mazereti destekleyen [belge adı/tarih] güvenli başvuru kanalına ektedir. Üniversitenin güncel yönetmeliğindeki başvuru tarihi, süre sınırı ve kurul kararı usulü uyarınca değerlendirme istiyorum.</w:t>
      </w:r>
    </w:p>
    <w:p>
      <w:r>
        <w:t>Bu dilekçe tek başına öğrencilik durumunu dondurmaz. Karar, ders kaydı, burs, yurt, öğrenim ücreti ve askerlik gibi etkiler için ayrı bildirimleri kontrol edeceğim.</w:t>
      </w:r>
    </w:p>
    <w:p>
      <w:r>
        <w:t>Öğrenci [ad, tarih, imza] | Ek: gerekli mazeret belgesi</w:t>
      </w:r>
    </w:p>
    <w:p>
      <w:r>
        <w:rPr>
          <w:b/>
        </w:rPr>
        <w:t>KULLANMADAN ÖNCE</w:t>
      </w:r>
    </w:p>
    <w:p>
      <w:r>
        <w:t>Kendi üniversitenizin 2026-2027 takvimini ve çevrimiçi/elden başvuru yolunu esas alın.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