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ÜNİVERSİTE YATAY GEÇİŞ BAŞVURUSU</w:t>
      </w:r>
    </w:p>
    <w:p>
      <w:r>
        <w:t>Düzenleme tarihi: [GG.AA.YYYY]     Yer: [İl/ilçe]</w:t>
      </w:r>
    </w:p>
    <w:p>
      <w:r>
        <w:t>[Mevcut üniversite, bölüm, sınıf] öğrencisiyim. [Hedef üniversite, program, dönem] için ilan edilen [kurumlararası/kurum içi/merkezi yerleştirme puanı] yatay geçiş yoluyla başvuru yapmak istiyorum.</w:t>
      </w:r>
    </w:p>
    <w:p>
      <w:r>
        <w:t>Başvuru ilanındaki kontenjan, tarih, başarı koşulu ve belge listesini [ilan tarihi ve bağlantısı] üzerinden kontrol ettim. Transkript, öğrenci belgesi, ders içerikleri ve seçilen yola özgü belgeler [ek listesi] sunulmuştur.</w:t>
      </w:r>
    </w:p>
    <w:p>
      <w:r>
        <w:t>Belgelerin incelenmesini ve kabul/ret sonucunun yazılı bildirilmesini talep ederim. Bu dilekçe tek başına çevrimiçi başvuru, kontenjan veya kayıt hakkı doğurmaz.</w:t>
      </w:r>
    </w:p>
    <w:p>
      <w:r>
        <w:t>Öğrenci [ad, tarih, imza] | Ekler: ilanla uyumlu belge listesi</w:t>
      </w:r>
    </w:p>
    <w:p>
      <w:r>
        <w:rPr>
          <w:b/>
        </w:rPr>
        <w:t>KULLANMADAN ÖNCE</w:t>
      </w:r>
    </w:p>
    <w:p>
      <w:r>
        <w:t>Seçtiğiniz yatay geçiş türünü ve hedef üniversitenin o döneme ait resmî ilanını esas alın; son günü kaçırmayın.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